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27683" w14:textId="77777777" w:rsidR="00322525" w:rsidRPr="00391EC2" w:rsidRDefault="00000000" w:rsidP="00391EC2">
      <w:pPr>
        <w:spacing w:line="312" w:lineRule="auto"/>
        <w:rPr>
          <w:rFonts w:asciiTheme="majorHAnsi" w:hAnsiTheme="majorHAnsi" w:cstheme="majorHAnsi"/>
          <w:sz w:val="32"/>
          <w:szCs w:val="32"/>
        </w:rPr>
      </w:pPr>
      <w:r w:rsidRPr="00391EC2">
        <w:rPr>
          <w:rFonts w:asciiTheme="majorHAnsi" w:hAnsiTheme="majorHAnsi" w:cstheme="majorHAnsi"/>
          <w:sz w:val="32"/>
          <w:szCs w:val="32"/>
        </w:rPr>
        <w:t>IF Factory - Finalized Budget Breakdown</w:t>
      </w:r>
    </w:p>
    <w:p w14:paraId="156949EC" w14:textId="77777777" w:rsidR="00322525" w:rsidRDefault="00000000" w:rsidP="00391EC2">
      <w:pPr>
        <w:spacing w:line="312" w:lineRule="auto"/>
      </w:pPr>
      <w:r>
        <w:t>----------------------------------------</w:t>
      </w:r>
    </w:p>
    <w:p w14:paraId="03459D68" w14:textId="77777777" w:rsidR="00322525" w:rsidRDefault="00322525" w:rsidP="00391EC2">
      <w:pPr>
        <w:spacing w:line="312" w:lineRule="auto"/>
      </w:pPr>
    </w:p>
    <w:p w14:paraId="20B45AE0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Total Cash Budget: $4.9 Million (USD)</w:t>
      </w:r>
    </w:p>
    <w:p w14:paraId="420F10C7" w14:textId="77777777" w:rsidR="00322525" w:rsidRDefault="00000000" w:rsidP="00391EC2">
      <w:pPr>
        <w:spacing w:line="312" w:lineRule="auto"/>
      </w:pPr>
      <w:r w:rsidRPr="00391EC2">
        <w:rPr>
          <w:rFonts w:asciiTheme="majorHAnsi" w:hAnsiTheme="majorHAnsi"/>
        </w:rPr>
        <w:t>Note:</w:t>
      </w:r>
      <w:r>
        <w:t xml:space="preserve"> This excludes Lionsgate’s in-kind contributions (soundstages, post-production infrastructure, staffing, and equipment), valued at an estimated $3M–$5M+.</w:t>
      </w:r>
    </w:p>
    <w:p w14:paraId="5703851F" w14:textId="77777777" w:rsidR="00322525" w:rsidRDefault="00322525" w:rsidP="00391EC2">
      <w:pPr>
        <w:spacing w:line="312" w:lineRule="auto"/>
      </w:pPr>
    </w:p>
    <w:p w14:paraId="3D16E681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1.</w:t>
      </w:r>
      <w:r>
        <w:t xml:space="preserve"> </w:t>
      </w:r>
      <w:r w:rsidRPr="00391EC2">
        <w:rPr>
          <w:rFonts w:asciiTheme="majorHAnsi" w:hAnsiTheme="majorHAnsi"/>
        </w:rPr>
        <w:t>Production Infrastructure - $1.6M (33%)</w:t>
      </w:r>
    </w:p>
    <w:p w14:paraId="3295C073" w14:textId="09E8C5C6" w:rsidR="00322525" w:rsidRDefault="00000000" w:rsidP="00391EC2">
      <w:pPr>
        <w:pStyle w:val="ListParagraph"/>
        <w:numPr>
          <w:ilvl w:val="0"/>
          <w:numId w:val="25"/>
        </w:numPr>
        <w:spacing w:line="312" w:lineRule="auto"/>
      </w:pPr>
      <w:r>
        <w:t>Access to shared equipment and editing bays</w:t>
      </w:r>
    </w:p>
    <w:p w14:paraId="3604D099" w14:textId="56D7EF54" w:rsidR="00322525" w:rsidRDefault="00000000" w:rsidP="00391EC2">
      <w:pPr>
        <w:pStyle w:val="ListParagraph"/>
        <w:numPr>
          <w:ilvl w:val="0"/>
          <w:numId w:val="25"/>
        </w:numPr>
        <w:spacing w:line="312" w:lineRule="auto"/>
      </w:pPr>
      <w:r>
        <w:t>On-site production management and oversight teams</w:t>
      </w:r>
    </w:p>
    <w:p w14:paraId="71C348BB" w14:textId="3CAE8790" w:rsidR="00322525" w:rsidRDefault="00000000" w:rsidP="00391EC2">
      <w:pPr>
        <w:pStyle w:val="ListParagraph"/>
        <w:numPr>
          <w:ilvl w:val="0"/>
          <w:numId w:val="25"/>
        </w:numPr>
        <w:spacing w:line="312" w:lineRule="auto"/>
      </w:pPr>
      <w:r>
        <w:t>Physical upgrades, set storage, animation pods, lighting &amp; sound support</w:t>
      </w:r>
    </w:p>
    <w:p w14:paraId="6BCA3540" w14:textId="77777777" w:rsidR="00322525" w:rsidRDefault="00322525" w:rsidP="00391EC2">
      <w:pPr>
        <w:spacing w:line="312" w:lineRule="auto"/>
      </w:pPr>
    </w:p>
    <w:p w14:paraId="4769DA40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2. Staff &amp; Operational Backbone - $1.3M (27%)</w:t>
      </w:r>
    </w:p>
    <w:p w14:paraId="42E6A8C9" w14:textId="7F5B2A4B" w:rsidR="00322525" w:rsidRDefault="00000000" w:rsidP="00391EC2">
      <w:pPr>
        <w:pStyle w:val="ListParagraph"/>
        <w:numPr>
          <w:ilvl w:val="0"/>
          <w:numId w:val="23"/>
        </w:numPr>
        <w:spacing w:line="312" w:lineRule="auto"/>
      </w:pPr>
      <w:r>
        <w:t>Creative Directors, Writers Room Support, Editorial Team, Talent Scouting &amp; Curation</w:t>
      </w:r>
    </w:p>
    <w:p w14:paraId="25E5F133" w14:textId="5385D700" w:rsidR="00322525" w:rsidRDefault="00000000" w:rsidP="00391EC2">
      <w:pPr>
        <w:pStyle w:val="ListParagraph"/>
        <w:numPr>
          <w:ilvl w:val="0"/>
          <w:numId w:val="23"/>
        </w:numPr>
        <w:spacing w:line="312" w:lineRule="auto"/>
      </w:pPr>
      <w:r>
        <w:t>Data Analysts to monitor algorithm performance &amp; traffic analytics</w:t>
      </w:r>
    </w:p>
    <w:p w14:paraId="016304A1" w14:textId="665BEEA6" w:rsidR="00322525" w:rsidRDefault="00000000" w:rsidP="00391EC2">
      <w:pPr>
        <w:pStyle w:val="ListParagraph"/>
        <w:numPr>
          <w:ilvl w:val="0"/>
          <w:numId w:val="23"/>
        </w:numPr>
        <w:spacing w:line="312" w:lineRule="auto"/>
      </w:pPr>
      <w:r>
        <w:t>Technical and operational leads for content pipeline, onboarding, and uploading system</w:t>
      </w:r>
    </w:p>
    <w:p w14:paraId="4EB53276" w14:textId="77777777" w:rsidR="00322525" w:rsidRDefault="00322525" w:rsidP="00391EC2">
      <w:pPr>
        <w:spacing w:line="312" w:lineRule="auto"/>
      </w:pPr>
    </w:p>
    <w:p w14:paraId="185DA586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3. Talent &amp; Creator Support - $1.2M (24%)</w:t>
      </w:r>
    </w:p>
    <w:p w14:paraId="5BA3BDA6" w14:textId="076F68F1" w:rsidR="00322525" w:rsidRDefault="00000000" w:rsidP="00391EC2">
      <w:pPr>
        <w:pStyle w:val="ListParagraph"/>
        <w:numPr>
          <w:ilvl w:val="0"/>
          <w:numId w:val="21"/>
        </w:numPr>
        <w:spacing w:line="312" w:lineRule="auto"/>
      </w:pPr>
      <w:r>
        <w:t>Development assistance and onboarding for up to 500 content creators</w:t>
      </w:r>
    </w:p>
    <w:p w14:paraId="33AF7D72" w14:textId="094314F8" w:rsidR="00322525" w:rsidRDefault="00000000" w:rsidP="00391EC2">
      <w:pPr>
        <w:pStyle w:val="ListParagraph"/>
        <w:numPr>
          <w:ilvl w:val="0"/>
          <w:numId w:val="21"/>
        </w:numPr>
        <w:spacing w:line="312" w:lineRule="auto"/>
      </w:pPr>
      <w:r>
        <w:t>Creator coaching, performance-based bonuses for high-performing talent</w:t>
      </w:r>
    </w:p>
    <w:p w14:paraId="6E6C46B8" w14:textId="2C23FC22" w:rsidR="00322525" w:rsidRDefault="00000000" w:rsidP="00391EC2">
      <w:pPr>
        <w:pStyle w:val="ListParagraph"/>
        <w:numPr>
          <w:ilvl w:val="0"/>
          <w:numId w:val="21"/>
        </w:numPr>
        <w:spacing w:line="312" w:lineRule="auto"/>
      </w:pPr>
      <w:r>
        <w:t>Content not salaried; creators receive 20% equity in their IP</w:t>
      </w:r>
    </w:p>
    <w:p w14:paraId="4AE1E58C" w14:textId="77777777" w:rsidR="00322525" w:rsidRDefault="00322525" w:rsidP="00391EC2">
      <w:pPr>
        <w:spacing w:line="312" w:lineRule="auto"/>
      </w:pPr>
    </w:p>
    <w:p w14:paraId="57300A7E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4. Marketing, Outreach &amp; Legal - $300K (6%)</w:t>
      </w:r>
    </w:p>
    <w:p w14:paraId="690F6D6C" w14:textId="21985E48" w:rsidR="00322525" w:rsidRDefault="00000000" w:rsidP="00391EC2">
      <w:pPr>
        <w:pStyle w:val="ListParagraph"/>
        <w:numPr>
          <w:ilvl w:val="0"/>
          <w:numId w:val="19"/>
        </w:numPr>
        <w:spacing w:line="312" w:lineRule="auto"/>
      </w:pPr>
      <w:r>
        <w:lastRenderedPageBreak/>
        <w:t>Announcements, ad campaigns, and festival presence</w:t>
      </w:r>
    </w:p>
    <w:p w14:paraId="0FE5A66C" w14:textId="081F40F7" w:rsidR="00322525" w:rsidRDefault="00000000" w:rsidP="00391EC2">
      <w:pPr>
        <w:pStyle w:val="ListParagraph"/>
        <w:numPr>
          <w:ilvl w:val="0"/>
          <w:numId w:val="19"/>
        </w:numPr>
        <w:spacing w:line="312" w:lineRule="auto"/>
      </w:pPr>
      <w:r>
        <w:t>Legal agreements, IP structuring, compliance</w:t>
      </w:r>
    </w:p>
    <w:p w14:paraId="782E3D12" w14:textId="77777777" w:rsidR="00322525" w:rsidRDefault="00322525" w:rsidP="00391EC2">
      <w:pPr>
        <w:spacing w:line="312" w:lineRule="auto"/>
      </w:pPr>
    </w:p>
    <w:p w14:paraId="20E9D274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5. Contingency &amp; Risk Mitigation - $500K (10%)</w:t>
      </w:r>
    </w:p>
    <w:p w14:paraId="453B69CE" w14:textId="571E2C6A" w:rsidR="00322525" w:rsidRDefault="00000000" w:rsidP="00391EC2">
      <w:pPr>
        <w:pStyle w:val="ListParagraph"/>
        <w:numPr>
          <w:ilvl w:val="0"/>
          <w:numId w:val="17"/>
        </w:numPr>
        <w:spacing w:line="312" w:lineRule="auto"/>
      </w:pPr>
      <w:r>
        <w:t>Insurance, legal reserves, unexpected staffing or technology pivots</w:t>
      </w:r>
    </w:p>
    <w:p w14:paraId="1356F07C" w14:textId="77777777" w:rsidR="00322525" w:rsidRDefault="00322525" w:rsidP="00391EC2">
      <w:pPr>
        <w:spacing w:line="312" w:lineRule="auto"/>
      </w:pPr>
    </w:p>
    <w:p w14:paraId="09548710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In-Kind Contribution (Non-Cash) - Estimated Value: $3M–$5M+</w:t>
      </w:r>
    </w:p>
    <w:p w14:paraId="0ACE2544" w14:textId="52E07886" w:rsidR="00322525" w:rsidRDefault="00000000" w:rsidP="00391EC2">
      <w:pPr>
        <w:pStyle w:val="ListParagraph"/>
        <w:numPr>
          <w:ilvl w:val="0"/>
          <w:numId w:val="16"/>
        </w:numPr>
        <w:spacing w:line="312" w:lineRule="auto"/>
      </w:pPr>
      <w:r>
        <w:t>Soundstages in Los Angeles, Yonkers, New Jersey, Atlanta</w:t>
      </w:r>
    </w:p>
    <w:p w14:paraId="21785AE0" w14:textId="1392A35A" w:rsidR="00322525" w:rsidRDefault="00000000" w:rsidP="00391EC2">
      <w:pPr>
        <w:pStyle w:val="ListParagraph"/>
        <w:numPr>
          <w:ilvl w:val="0"/>
          <w:numId w:val="16"/>
        </w:numPr>
        <w:spacing w:line="312" w:lineRule="auto"/>
      </w:pPr>
      <w:r>
        <w:t>Access to post-production facilities</w:t>
      </w:r>
    </w:p>
    <w:p w14:paraId="21430D8E" w14:textId="6D94E0C7" w:rsidR="00322525" w:rsidRDefault="00000000" w:rsidP="00391EC2">
      <w:pPr>
        <w:pStyle w:val="ListParagraph"/>
        <w:numPr>
          <w:ilvl w:val="0"/>
          <w:numId w:val="16"/>
        </w:numPr>
        <w:spacing w:line="312" w:lineRule="auto"/>
      </w:pPr>
      <w:r>
        <w:t>Shared equipment &amp; hardware</w:t>
      </w:r>
    </w:p>
    <w:p w14:paraId="246BD3AF" w14:textId="48E05833" w:rsidR="00322525" w:rsidRDefault="00000000" w:rsidP="00391EC2">
      <w:pPr>
        <w:pStyle w:val="ListParagraph"/>
        <w:numPr>
          <w:ilvl w:val="0"/>
          <w:numId w:val="16"/>
        </w:numPr>
        <w:spacing w:line="312" w:lineRule="auto"/>
      </w:pPr>
      <w:r>
        <w:t>Collaborative infrastructure with Lionsgate’s teams</w:t>
      </w:r>
    </w:p>
    <w:p w14:paraId="57A4A4E8" w14:textId="77777777" w:rsidR="00322525" w:rsidRDefault="00322525" w:rsidP="00391EC2">
      <w:pPr>
        <w:spacing w:line="312" w:lineRule="auto"/>
      </w:pPr>
    </w:p>
    <w:p w14:paraId="62574B4B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Leadership Note:</w:t>
      </w:r>
    </w:p>
    <w:p w14:paraId="49F0757B" w14:textId="35A90D4A" w:rsidR="00322525" w:rsidRDefault="00000000" w:rsidP="00391EC2">
      <w:pPr>
        <w:pStyle w:val="ListParagraph"/>
        <w:numPr>
          <w:ilvl w:val="0"/>
          <w:numId w:val="12"/>
        </w:numPr>
        <w:spacing w:line="312" w:lineRule="auto"/>
      </w:pPr>
      <w:r>
        <w:t>Chief Creative Officer: Stan Foster (Compensation TBD - estimated $300K–$500K)</w:t>
      </w:r>
    </w:p>
    <w:p w14:paraId="28D7C57A" w14:textId="4FDC706A" w:rsidR="00322525" w:rsidRDefault="00000000" w:rsidP="00391EC2">
      <w:pPr>
        <w:pStyle w:val="ListParagraph"/>
        <w:numPr>
          <w:ilvl w:val="0"/>
          <w:numId w:val="12"/>
        </w:numPr>
        <w:spacing w:line="312" w:lineRule="auto"/>
      </w:pPr>
      <w:r>
        <w:t>Leadership team will include top-tier industry experts across content development, analytics, and operations.</w:t>
      </w:r>
    </w:p>
    <w:p w14:paraId="78BFB255" w14:textId="77777777" w:rsidR="00322525" w:rsidRDefault="00322525" w:rsidP="00391EC2">
      <w:pPr>
        <w:spacing w:line="312" w:lineRule="auto"/>
      </w:pPr>
    </w:p>
    <w:p w14:paraId="6D295EFD" w14:textId="77777777" w:rsidR="00322525" w:rsidRPr="00391EC2" w:rsidRDefault="00000000" w:rsidP="00391EC2">
      <w:pPr>
        <w:spacing w:line="312" w:lineRule="auto"/>
        <w:rPr>
          <w:rFonts w:asciiTheme="majorHAnsi" w:hAnsiTheme="majorHAnsi"/>
        </w:rPr>
      </w:pPr>
      <w:r w:rsidRPr="00391EC2">
        <w:rPr>
          <w:rFonts w:asciiTheme="majorHAnsi" w:hAnsiTheme="majorHAnsi"/>
        </w:rPr>
        <w:t>Ownership Breakdown:</w:t>
      </w:r>
    </w:p>
    <w:p w14:paraId="672DF057" w14:textId="4D26D9C1" w:rsidR="00322525" w:rsidRDefault="00000000" w:rsidP="00391EC2">
      <w:pPr>
        <w:pStyle w:val="ListParagraph"/>
        <w:numPr>
          <w:ilvl w:val="0"/>
          <w:numId w:val="10"/>
        </w:numPr>
        <w:spacing w:line="312" w:lineRule="auto"/>
      </w:pPr>
      <w:r>
        <w:t>Content Creators: 20%</w:t>
      </w:r>
    </w:p>
    <w:p w14:paraId="686A311D" w14:textId="3C78E232" w:rsidR="00322525" w:rsidRDefault="00000000" w:rsidP="00391EC2">
      <w:pPr>
        <w:pStyle w:val="ListParagraph"/>
        <w:numPr>
          <w:ilvl w:val="0"/>
          <w:numId w:val="10"/>
        </w:numPr>
        <w:spacing w:line="312" w:lineRule="auto"/>
      </w:pPr>
      <w:r>
        <w:t>IF Factory: 40%</w:t>
      </w:r>
    </w:p>
    <w:p w14:paraId="4CEB1ADF" w14:textId="21975BD5" w:rsidR="00322525" w:rsidRDefault="00000000" w:rsidP="00391EC2">
      <w:pPr>
        <w:pStyle w:val="ListParagraph"/>
        <w:numPr>
          <w:ilvl w:val="0"/>
          <w:numId w:val="10"/>
        </w:numPr>
        <w:spacing w:line="312" w:lineRule="auto"/>
      </w:pPr>
      <w:r>
        <w:t>Lionsgate: 40%</w:t>
      </w:r>
    </w:p>
    <w:sectPr w:rsidR="00322525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8D3F0" w14:textId="77777777" w:rsidR="0008052F" w:rsidRDefault="0008052F" w:rsidP="00A262C3">
      <w:pPr>
        <w:spacing w:after="0" w:line="240" w:lineRule="auto"/>
      </w:pPr>
      <w:r>
        <w:separator/>
      </w:r>
    </w:p>
  </w:endnote>
  <w:endnote w:type="continuationSeparator" w:id="0">
    <w:p w14:paraId="05038E04" w14:textId="77777777" w:rsidR="0008052F" w:rsidRDefault="0008052F" w:rsidP="00A26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lus Jakarta Sans Medium">
    <w:panose1 w:val="00000000000000000000"/>
    <w:charset w:val="00"/>
    <w:family w:val="auto"/>
    <w:pitch w:val="variable"/>
    <w:sig w:usb0="A10000FF" w:usb1="4000607B" w:usb2="00000000" w:usb3="00000000" w:csb0="000001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us Jakarta Sans ExtraBold">
    <w:panose1 w:val="00000000000000000000"/>
    <w:charset w:val="00"/>
    <w:family w:val="auto"/>
    <w:pitch w:val="variable"/>
    <w:sig w:usb0="A10000FF" w:usb1="40006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394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625B1D" w14:textId="60374645" w:rsidR="00A262C3" w:rsidRDefault="00A262C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847EF4" w14:textId="77777777" w:rsidR="00A262C3" w:rsidRDefault="00A262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C4C05" w14:textId="77777777" w:rsidR="0008052F" w:rsidRDefault="0008052F" w:rsidP="00A262C3">
      <w:pPr>
        <w:spacing w:after="0" w:line="240" w:lineRule="auto"/>
      </w:pPr>
      <w:r>
        <w:separator/>
      </w:r>
    </w:p>
  </w:footnote>
  <w:footnote w:type="continuationSeparator" w:id="0">
    <w:p w14:paraId="175A353F" w14:textId="77777777" w:rsidR="0008052F" w:rsidRDefault="0008052F" w:rsidP="00A262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CE79D" w14:textId="34985A81" w:rsidR="00A262C3" w:rsidRDefault="00A262C3" w:rsidP="00A262C3">
    <w:pPr>
      <w:pStyle w:val="Header"/>
      <w:jc w:val="right"/>
    </w:pPr>
    <w:r>
      <w:t xml:space="preserve">       </w:t>
    </w:r>
    <w:r>
      <w:rPr>
        <w:noProof/>
      </w:rPr>
      <w:drawing>
        <wp:inline distT="0" distB="0" distL="0" distR="0" wp14:anchorId="10B13017" wp14:editId="46EF0450">
          <wp:extent cx="463550" cy="298450"/>
          <wp:effectExtent l="0" t="0" r="0" b="6350"/>
          <wp:docPr id="6481657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3550" cy="298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E97E45" w14:textId="77777777" w:rsidR="00A262C3" w:rsidRDefault="00A262C3" w:rsidP="00A262C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8E6BFF"/>
    <w:multiLevelType w:val="hybridMultilevel"/>
    <w:tmpl w:val="CB9CAA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6853CF"/>
    <w:multiLevelType w:val="hybridMultilevel"/>
    <w:tmpl w:val="B04E37F6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1" w15:restartNumberingAfterBreak="0">
    <w:nsid w:val="0FE86D6C"/>
    <w:multiLevelType w:val="hybridMultilevel"/>
    <w:tmpl w:val="2A1A81B4"/>
    <w:lvl w:ilvl="0" w:tplc="25E4F9D0">
      <w:start w:val="1"/>
      <w:numFmt w:val="bullet"/>
      <w:lvlText w:val="»"/>
      <w:lvlJc w:val="left"/>
      <w:pPr>
        <w:ind w:left="72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741A9B"/>
    <w:multiLevelType w:val="hybridMultilevel"/>
    <w:tmpl w:val="FECEC8E2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3" w15:restartNumberingAfterBreak="0">
    <w:nsid w:val="145F46CB"/>
    <w:multiLevelType w:val="hybridMultilevel"/>
    <w:tmpl w:val="1CA668B2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33133A"/>
    <w:multiLevelType w:val="hybridMultilevel"/>
    <w:tmpl w:val="9AA2D5B4"/>
    <w:lvl w:ilvl="0" w:tplc="25E4F9D0">
      <w:start w:val="1"/>
      <w:numFmt w:val="bullet"/>
      <w:lvlText w:val="»"/>
      <w:lvlJc w:val="left"/>
      <w:pPr>
        <w:ind w:left="72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5528AD"/>
    <w:multiLevelType w:val="hybridMultilevel"/>
    <w:tmpl w:val="41A4C084"/>
    <w:lvl w:ilvl="0" w:tplc="25E4F9D0">
      <w:start w:val="1"/>
      <w:numFmt w:val="bullet"/>
      <w:lvlText w:val="»"/>
      <w:lvlJc w:val="left"/>
      <w:pPr>
        <w:ind w:left="84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6" w15:restartNumberingAfterBreak="0">
    <w:nsid w:val="1FE84D92"/>
    <w:multiLevelType w:val="hybridMultilevel"/>
    <w:tmpl w:val="2FFA1644"/>
    <w:lvl w:ilvl="0" w:tplc="25E4F9D0">
      <w:start w:val="1"/>
      <w:numFmt w:val="bullet"/>
      <w:lvlText w:val="»"/>
      <w:lvlJc w:val="left"/>
      <w:pPr>
        <w:ind w:left="72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836C98"/>
    <w:multiLevelType w:val="hybridMultilevel"/>
    <w:tmpl w:val="890887BA"/>
    <w:lvl w:ilvl="0" w:tplc="25E4F9D0">
      <w:start w:val="1"/>
      <w:numFmt w:val="bullet"/>
      <w:lvlText w:val="»"/>
      <w:lvlJc w:val="left"/>
      <w:pPr>
        <w:ind w:left="72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60B58"/>
    <w:multiLevelType w:val="hybridMultilevel"/>
    <w:tmpl w:val="FA0C4634"/>
    <w:lvl w:ilvl="0" w:tplc="25E4F9D0">
      <w:start w:val="1"/>
      <w:numFmt w:val="bullet"/>
      <w:lvlText w:val="»"/>
      <w:lvlJc w:val="left"/>
      <w:pPr>
        <w:ind w:left="48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9" w15:restartNumberingAfterBreak="0">
    <w:nsid w:val="505500E8"/>
    <w:multiLevelType w:val="hybridMultilevel"/>
    <w:tmpl w:val="5A32C552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0" w15:restartNumberingAfterBreak="0">
    <w:nsid w:val="59031021"/>
    <w:multiLevelType w:val="hybridMultilevel"/>
    <w:tmpl w:val="CC2AFBF6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1" w15:restartNumberingAfterBreak="0">
    <w:nsid w:val="59DF0DB6"/>
    <w:multiLevelType w:val="hybridMultilevel"/>
    <w:tmpl w:val="31748DC4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2" w15:restartNumberingAfterBreak="0">
    <w:nsid w:val="6C2F258D"/>
    <w:multiLevelType w:val="hybridMultilevel"/>
    <w:tmpl w:val="D444AB40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3" w15:restartNumberingAfterBreak="0">
    <w:nsid w:val="71593F8A"/>
    <w:multiLevelType w:val="hybridMultilevel"/>
    <w:tmpl w:val="B82E47A6"/>
    <w:lvl w:ilvl="0" w:tplc="25E4F9D0">
      <w:start w:val="1"/>
      <w:numFmt w:val="bullet"/>
      <w:lvlText w:val="»"/>
      <w:lvlJc w:val="left"/>
      <w:pPr>
        <w:ind w:left="720" w:hanging="360"/>
      </w:pPr>
      <w:rPr>
        <w:rFonts w:ascii="Arial" w:eastAsia="Arial" w:hAnsi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513C8A"/>
    <w:multiLevelType w:val="hybridMultilevel"/>
    <w:tmpl w:val="630E7414"/>
    <w:lvl w:ilvl="0" w:tplc="3F6EF2D6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5" w15:restartNumberingAfterBreak="0">
    <w:nsid w:val="78731C67"/>
    <w:multiLevelType w:val="hybridMultilevel"/>
    <w:tmpl w:val="2B80224C"/>
    <w:lvl w:ilvl="0" w:tplc="9A007E98">
      <w:numFmt w:val="bullet"/>
      <w:lvlText w:val="•"/>
      <w:lvlJc w:val="left"/>
      <w:pPr>
        <w:ind w:left="480" w:hanging="360"/>
      </w:pPr>
      <w:rPr>
        <w:rFonts w:ascii="Plus Jakarta Sans Medium" w:eastAsiaTheme="minorEastAsia" w:hAnsi="Plus Jakarta Sans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1426419652">
    <w:abstractNumId w:val="8"/>
  </w:num>
  <w:num w:numId="2" w16cid:durableId="1916935420">
    <w:abstractNumId w:val="6"/>
  </w:num>
  <w:num w:numId="3" w16cid:durableId="2029747105">
    <w:abstractNumId w:val="5"/>
  </w:num>
  <w:num w:numId="4" w16cid:durableId="1668173763">
    <w:abstractNumId w:val="4"/>
  </w:num>
  <w:num w:numId="5" w16cid:durableId="1211381290">
    <w:abstractNumId w:val="7"/>
  </w:num>
  <w:num w:numId="6" w16cid:durableId="139003026">
    <w:abstractNumId w:val="3"/>
  </w:num>
  <w:num w:numId="7" w16cid:durableId="1008752104">
    <w:abstractNumId w:val="2"/>
  </w:num>
  <w:num w:numId="8" w16cid:durableId="2009676641">
    <w:abstractNumId w:val="1"/>
  </w:num>
  <w:num w:numId="9" w16cid:durableId="1263029420">
    <w:abstractNumId w:val="0"/>
  </w:num>
  <w:num w:numId="10" w16cid:durableId="2061708253">
    <w:abstractNumId w:val="9"/>
  </w:num>
  <w:num w:numId="11" w16cid:durableId="2074699304">
    <w:abstractNumId w:val="25"/>
  </w:num>
  <w:num w:numId="12" w16cid:durableId="1886136292">
    <w:abstractNumId w:val="16"/>
  </w:num>
  <w:num w:numId="13" w16cid:durableId="1559975011">
    <w:abstractNumId w:val="10"/>
  </w:num>
  <w:num w:numId="14" w16cid:durableId="1897206915">
    <w:abstractNumId w:val="13"/>
  </w:num>
  <w:num w:numId="15" w16cid:durableId="1611736453">
    <w:abstractNumId w:val="21"/>
  </w:num>
  <w:num w:numId="16" w16cid:durableId="1604655608">
    <w:abstractNumId w:val="18"/>
  </w:num>
  <w:num w:numId="17" w16cid:durableId="2123264958">
    <w:abstractNumId w:val="15"/>
  </w:num>
  <w:num w:numId="18" w16cid:durableId="1458451855">
    <w:abstractNumId w:val="22"/>
  </w:num>
  <w:num w:numId="19" w16cid:durableId="720442902">
    <w:abstractNumId w:val="11"/>
  </w:num>
  <w:num w:numId="20" w16cid:durableId="1610622535">
    <w:abstractNumId w:val="24"/>
  </w:num>
  <w:num w:numId="21" w16cid:durableId="1114013505">
    <w:abstractNumId w:val="17"/>
  </w:num>
  <w:num w:numId="22" w16cid:durableId="1425150652">
    <w:abstractNumId w:val="20"/>
  </w:num>
  <w:num w:numId="23" w16cid:durableId="1031297620">
    <w:abstractNumId w:val="14"/>
  </w:num>
  <w:num w:numId="24" w16cid:durableId="1709449851">
    <w:abstractNumId w:val="12"/>
  </w:num>
  <w:num w:numId="25" w16cid:durableId="1493254414">
    <w:abstractNumId w:val="23"/>
  </w:num>
  <w:num w:numId="26" w16cid:durableId="147325501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052F"/>
    <w:rsid w:val="0015074B"/>
    <w:rsid w:val="00234098"/>
    <w:rsid w:val="0029639D"/>
    <w:rsid w:val="00322525"/>
    <w:rsid w:val="00326F90"/>
    <w:rsid w:val="00391EC2"/>
    <w:rsid w:val="00A262C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832C7F"/>
  <w14:defaultImageDpi w14:val="300"/>
  <w15:docId w15:val="{BD63FFAD-D3A5-4163-AE23-17E1880C0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B7838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C39E5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C39E58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C39E58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75025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75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C39E58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9B7838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C39E5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C39E58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C39E5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C39E58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C39E58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C39E58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675025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675025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C39E58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C39E58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C39E58" w:themeColor="accent1"/>
      </w:pBdr>
      <w:spacing w:before="200" w:after="280"/>
      <w:ind w:left="936" w:right="936"/>
    </w:pPr>
    <w:rPr>
      <w:b/>
      <w:bCs/>
      <w:i/>
      <w:iCs/>
      <w:color w:val="C39E5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C39E58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C39E58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90672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90672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9B7838" w:themeColor="accent1" w:themeShade="BF"/>
    </w:rPr>
    <w:tblPr>
      <w:tblStyleRowBandSize w:val="1"/>
      <w:tblStyleColBandSize w:val="1"/>
      <w:tblBorders>
        <w:top w:val="single" w:sz="8" w:space="0" w:color="C39E58" w:themeColor="accent1"/>
        <w:bottom w:val="single" w:sz="8" w:space="0" w:color="C39E5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E58" w:themeColor="accent1"/>
          <w:left w:val="nil"/>
          <w:bottom w:val="single" w:sz="8" w:space="0" w:color="C39E5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E58" w:themeColor="accent1"/>
          <w:left w:val="nil"/>
          <w:bottom w:val="single" w:sz="8" w:space="0" w:color="C39E5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6B4C1E" w:themeColor="accent2" w:themeShade="BF"/>
    </w:rPr>
    <w:tblPr>
      <w:tblStyleRowBandSize w:val="1"/>
      <w:tblStyleColBandSize w:val="1"/>
      <w:tblBorders>
        <w:top w:val="single" w:sz="8" w:space="0" w:color="906729" w:themeColor="accent2"/>
        <w:bottom w:val="single" w:sz="8" w:space="0" w:color="90672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6729" w:themeColor="accent2"/>
          <w:left w:val="nil"/>
          <w:bottom w:val="single" w:sz="8" w:space="0" w:color="90672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6729" w:themeColor="accent2"/>
          <w:left w:val="nil"/>
          <w:bottom w:val="single" w:sz="8" w:space="0" w:color="90672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9B7838" w:themeColor="accent3" w:themeShade="BF"/>
    </w:rPr>
    <w:tblPr>
      <w:tblStyleRowBandSize w:val="1"/>
      <w:tblStyleColBandSize w:val="1"/>
      <w:tblBorders>
        <w:top w:val="single" w:sz="8" w:space="0" w:color="C39E58" w:themeColor="accent3"/>
        <w:bottom w:val="single" w:sz="8" w:space="0" w:color="C39E58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E58" w:themeColor="accent3"/>
          <w:left w:val="nil"/>
          <w:bottom w:val="single" w:sz="8" w:space="0" w:color="C39E58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E58" w:themeColor="accent3"/>
          <w:left w:val="nil"/>
          <w:bottom w:val="single" w:sz="8" w:space="0" w:color="C39E58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6B4C1E" w:themeColor="accent4" w:themeShade="BF"/>
    </w:rPr>
    <w:tblPr>
      <w:tblStyleRowBandSize w:val="1"/>
      <w:tblStyleColBandSize w:val="1"/>
      <w:tblBorders>
        <w:top w:val="single" w:sz="8" w:space="0" w:color="906729" w:themeColor="accent4"/>
        <w:bottom w:val="single" w:sz="8" w:space="0" w:color="90672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6729" w:themeColor="accent4"/>
          <w:left w:val="nil"/>
          <w:bottom w:val="single" w:sz="8" w:space="0" w:color="90672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6729" w:themeColor="accent4"/>
          <w:left w:val="nil"/>
          <w:bottom w:val="single" w:sz="8" w:space="0" w:color="90672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9B7838" w:themeColor="accent5" w:themeShade="BF"/>
    </w:rPr>
    <w:tblPr>
      <w:tblStyleRowBandSize w:val="1"/>
      <w:tblStyleColBandSize w:val="1"/>
      <w:tblBorders>
        <w:top w:val="single" w:sz="8" w:space="0" w:color="C39E58" w:themeColor="accent5"/>
        <w:bottom w:val="single" w:sz="8" w:space="0" w:color="C39E58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E58" w:themeColor="accent5"/>
          <w:left w:val="nil"/>
          <w:bottom w:val="single" w:sz="8" w:space="0" w:color="C39E58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E58" w:themeColor="accent5"/>
          <w:left w:val="nil"/>
          <w:bottom w:val="single" w:sz="8" w:space="0" w:color="C39E58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6B4C1E" w:themeColor="accent6" w:themeShade="BF"/>
    </w:rPr>
    <w:tblPr>
      <w:tblStyleRowBandSize w:val="1"/>
      <w:tblStyleColBandSize w:val="1"/>
      <w:tblBorders>
        <w:top w:val="single" w:sz="8" w:space="0" w:color="906729" w:themeColor="accent6"/>
        <w:bottom w:val="single" w:sz="8" w:space="0" w:color="90672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6729" w:themeColor="accent6"/>
          <w:left w:val="nil"/>
          <w:bottom w:val="single" w:sz="8" w:space="0" w:color="90672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6729" w:themeColor="accent6"/>
          <w:left w:val="nil"/>
          <w:bottom w:val="single" w:sz="8" w:space="0" w:color="90672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C39E58" w:themeColor="accent1"/>
        <w:left w:val="single" w:sz="8" w:space="0" w:color="C39E58" w:themeColor="accent1"/>
        <w:bottom w:val="single" w:sz="8" w:space="0" w:color="C39E58" w:themeColor="accent1"/>
        <w:right w:val="single" w:sz="8" w:space="0" w:color="C39E5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9E5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</w:tcBorders>
      </w:tcPr>
    </w:tblStylePr>
    <w:tblStylePr w:type="band1Horz"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6729" w:themeColor="accent2"/>
        <w:left w:val="single" w:sz="8" w:space="0" w:color="906729" w:themeColor="accent2"/>
        <w:bottom w:val="single" w:sz="8" w:space="0" w:color="906729" w:themeColor="accent2"/>
        <w:right w:val="single" w:sz="8" w:space="0" w:color="90672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672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</w:tcBorders>
      </w:tcPr>
    </w:tblStylePr>
    <w:tblStylePr w:type="band1Horz"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39E58" w:themeColor="accent3"/>
        <w:left w:val="single" w:sz="8" w:space="0" w:color="C39E58" w:themeColor="accent3"/>
        <w:bottom w:val="single" w:sz="8" w:space="0" w:color="C39E58" w:themeColor="accent3"/>
        <w:right w:val="single" w:sz="8" w:space="0" w:color="C39E58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9E5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</w:tcBorders>
      </w:tcPr>
    </w:tblStylePr>
    <w:tblStylePr w:type="band1Horz"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6729" w:themeColor="accent4"/>
        <w:left w:val="single" w:sz="8" w:space="0" w:color="906729" w:themeColor="accent4"/>
        <w:bottom w:val="single" w:sz="8" w:space="0" w:color="906729" w:themeColor="accent4"/>
        <w:right w:val="single" w:sz="8" w:space="0" w:color="90672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672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</w:tcBorders>
      </w:tcPr>
    </w:tblStylePr>
    <w:tblStylePr w:type="band1Horz"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39E58" w:themeColor="accent5"/>
        <w:left w:val="single" w:sz="8" w:space="0" w:color="C39E58" w:themeColor="accent5"/>
        <w:bottom w:val="single" w:sz="8" w:space="0" w:color="C39E58" w:themeColor="accent5"/>
        <w:right w:val="single" w:sz="8" w:space="0" w:color="C39E58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9E5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</w:tcBorders>
      </w:tcPr>
    </w:tblStylePr>
    <w:tblStylePr w:type="band1Horz"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6729" w:themeColor="accent6"/>
        <w:left w:val="single" w:sz="8" w:space="0" w:color="906729" w:themeColor="accent6"/>
        <w:bottom w:val="single" w:sz="8" w:space="0" w:color="906729" w:themeColor="accent6"/>
        <w:right w:val="single" w:sz="8" w:space="0" w:color="90672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672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</w:tcBorders>
      </w:tcPr>
    </w:tblStylePr>
    <w:tblStylePr w:type="band1Horz"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39E58" w:themeColor="accent1"/>
        <w:left w:val="single" w:sz="8" w:space="0" w:color="C39E58" w:themeColor="accent1"/>
        <w:bottom w:val="single" w:sz="8" w:space="0" w:color="C39E58" w:themeColor="accent1"/>
        <w:right w:val="single" w:sz="8" w:space="0" w:color="C39E58" w:themeColor="accent1"/>
        <w:insideH w:val="single" w:sz="8" w:space="0" w:color="C39E58" w:themeColor="accent1"/>
        <w:insideV w:val="single" w:sz="8" w:space="0" w:color="C39E5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18" w:space="0" w:color="C39E58" w:themeColor="accent1"/>
          <w:right w:val="single" w:sz="8" w:space="0" w:color="C39E58" w:themeColor="accent1"/>
          <w:insideH w:val="nil"/>
          <w:insideV w:val="single" w:sz="8" w:space="0" w:color="C39E5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  <w:insideH w:val="nil"/>
          <w:insideV w:val="single" w:sz="8" w:space="0" w:color="C39E5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</w:tcBorders>
      </w:tcPr>
    </w:tblStylePr>
    <w:tblStylePr w:type="band1Vert"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</w:tcBorders>
        <w:shd w:val="clear" w:color="auto" w:fill="F0E6D5" w:themeFill="accent1" w:themeFillTint="3F"/>
      </w:tcPr>
    </w:tblStylePr>
    <w:tblStylePr w:type="band1Horz"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  <w:insideV w:val="single" w:sz="8" w:space="0" w:color="C39E58" w:themeColor="accent1"/>
        </w:tcBorders>
        <w:shd w:val="clear" w:color="auto" w:fill="F0E6D5" w:themeFill="accent1" w:themeFillTint="3F"/>
      </w:tcPr>
    </w:tblStylePr>
    <w:tblStylePr w:type="band2Horz">
      <w:tblPr/>
      <w:tcPr>
        <w:tcBorders>
          <w:top w:val="single" w:sz="8" w:space="0" w:color="C39E58" w:themeColor="accent1"/>
          <w:left w:val="single" w:sz="8" w:space="0" w:color="C39E58" w:themeColor="accent1"/>
          <w:bottom w:val="single" w:sz="8" w:space="0" w:color="C39E58" w:themeColor="accent1"/>
          <w:right w:val="single" w:sz="8" w:space="0" w:color="C39E58" w:themeColor="accent1"/>
          <w:insideV w:val="single" w:sz="8" w:space="0" w:color="C39E58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6729" w:themeColor="accent2"/>
        <w:left w:val="single" w:sz="8" w:space="0" w:color="906729" w:themeColor="accent2"/>
        <w:bottom w:val="single" w:sz="8" w:space="0" w:color="906729" w:themeColor="accent2"/>
        <w:right w:val="single" w:sz="8" w:space="0" w:color="906729" w:themeColor="accent2"/>
        <w:insideH w:val="single" w:sz="8" w:space="0" w:color="906729" w:themeColor="accent2"/>
        <w:insideV w:val="single" w:sz="8" w:space="0" w:color="90672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18" w:space="0" w:color="906729" w:themeColor="accent2"/>
          <w:right w:val="single" w:sz="8" w:space="0" w:color="906729" w:themeColor="accent2"/>
          <w:insideH w:val="nil"/>
          <w:insideV w:val="single" w:sz="8" w:space="0" w:color="90672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  <w:insideH w:val="nil"/>
          <w:insideV w:val="single" w:sz="8" w:space="0" w:color="90672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</w:tcBorders>
      </w:tcPr>
    </w:tblStylePr>
    <w:tblStylePr w:type="band1Vert"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</w:tcBorders>
        <w:shd w:val="clear" w:color="auto" w:fill="EDDBC0" w:themeFill="accent2" w:themeFillTint="3F"/>
      </w:tcPr>
    </w:tblStylePr>
    <w:tblStylePr w:type="band1Horz"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  <w:insideV w:val="single" w:sz="8" w:space="0" w:color="906729" w:themeColor="accent2"/>
        </w:tcBorders>
        <w:shd w:val="clear" w:color="auto" w:fill="EDDBC0" w:themeFill="accent2" w:themeFillTint="3F"/>
      </w:tcPr>
    </w:tblStylePr>
    <w:tblStylePr w:type="band2Horz">
      <w:tblPr/>
      <w:tcPr>
        <w:tcBorders>
          <w:top w:val="single" w:sz="8" w:space="0" w:color="906729" w:themeColor="accent2"/>
          <w:left w:val="single" w:sz="8" w:space="0" w:color="906729" w:themeColor="accent2"/>
          <w:bottom w:val="single" w:sz="8" w:space="0" w:color="906729" w:themeColor="accent2"/>
          <w:right w:val="single" w:sz="8" w:space="0" w:color="906729" w:themeColor="accent2"/>
          <w:insideV w:val="single" w:sz="8" w:space="0" w:color="906729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39E58" w:themeColor="accent3"/>
        <w:left w:val="single" w:sz="8" w:space="0" w:color="C39E58" w:themeColor="accent3"/>
        <w:bottom w:val="single" w:sz="8" w:space="0" w:color="C39E58" w:themeColor="accent3"/>
        <w:right w:val="single" w:sz="8" w:space="0" w:color="C39E58" w:themeColor="accent3"/>
        <w:insideH w:val="single" w:sz="8" w:space="0" w:color="C39E58" w:themeColor="accent3"/>
        <w:insideV w:val="single" w:sz="8" w:space="0" w:color="C39E58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18" w:space="0" w:color="C39E58" w:themeColor="accent3"/>
          <w:right w:val="single" w:sz="8" w:space="0" w:color="C39E58" w:themeColor="accent3"/>
          <w:insideH w:val="nil"/>
          <w:insideV w:val="single" w:sz="8" w:space="0" w:color="C39E58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  <w:insideH w:val="nil"/>
          <w:insideV w:val="single" w:sz="8" w:space="0" w:color="C39E58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</w:tcBorders>
      </w:tcPr>
    </w:tblStylePr>
    <w:tblStylePr w:type="band1Vert"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</w:tcBorders>
        <w:shd w:val="clear" w:color="auto" w:fill="F0E6D5" w:themeFill="accent3" w:themeFillTint="3F"/>
      </w:tcPr>
    </w:tblStylePr>
    <w:tblStylePr w:type="band1Horz"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  <w:insideV w:val="single" w:sz="8" w:space="0" w:color="C39E58" w:themeColor="accent3"/>
        </w:tcBorders>
        <w:shd w:val="clear" w:color="auto" w:fill="F0E6D5" w:themeFill="accent3" w:themeFillTint="3F"/>
      </w:tcPr>
    </w:tblStylePr>
    <w:tblStylePr w:type="band2Horz">
      <w:tblPr/>
      <w:tcPr>
        <w:tcBorders>
          <w:top w:val="single" w:sz="8" w:space="0" w:color="C39E58" w:themeColor="accent3"/>
          <w:left w:val="single" w:sz="8" w:space="0" w:color="C39E58" w:themeColor="accent3"/>
          <w:bottom w:val="single" w:sz="8" w:space="0" w:color="C39E58" w:themeColor="accent3"/>
          <w:right w:val="single" w:sz="8" w:space="0" w:color="C39E58" w:themeColor="accent3"/>
          <w:insideV w:val="single" w:sz="8" w:space="0" w:color="C39E58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6729" w:themeColor="accent4"/>
        <w:left w:val="single" w:sz="8" w:space="0" w:color="906729" w:themeColor="accent4"/>
        <w:bottom w:val="single" w:sz="8" w:space="0" w:color="906729" w:themeColor="accent4"/>
        <w:right w:val="single" w:sz="8" w:space="0" w:color="906729" w:themeColor="accent4"/>
        <w:insideH w:val="single" w:sz="8" w:space="0" w:color="906729" w:themeColor="accent4"/>
        <w:insideV w:val="single" w:sz="8" w:space="0" w:color="90672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18" w:space="0" w:color="906729" w:themeColor="accent4"/>
          <w:right w:val="single" w:sz="8" w:space="0" w:color="906729" w:themeColor="accent4"/>
          <w:insideH w:val="nil"/>
          <w:insideV w:val="single" w:sz="8" w:space="0" w:color="90672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  <w:insideH w:val="nil"/>
          <w:insideV w:val="single" w:sz="8" w:space="0" w:color="90672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</w:tcBorders>
      </w:tcPr>
    </w:tblStylePr>
    <w:tblStylePr w:type="band1Vert"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</w:tcBorders>
        <w:shd w:val="clear" w:color="auto" w:fill="EDDBC0" w:themeFill="accent4" w:themeFillTint="3F"/>
      </w:tcPr>
    </w:tblStylePr>
    <w:tblStylePr w:type="band1Horz"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  <w:insideV w:val="single" w:sz="8" w:space="0" w:color="906729" w:themeColor="accent4"/>
        </w:tcBorders>
        <w:shd w:val="clear" w:color="auto" w:fill="EDDBC0" w:themeFill="accent4" w:themeFillTint="3F"/>
      </w:tcPr>
    </w:tblStylePr>
    <w:tblStylePr w:type="band2Horz">
      <w:tblPr/>
      <w:tcPr>
        <w:tcBorders>
          <w:top w:val="single" w:sz="8" w:space="0" w:color="906729" w:themeColor="accent4"/>
          <w:left w:val="single" w:sz="8" w:space="0" w:color="906729" w:themeColor="accent4"/>
          <w:bottom w:val="single" w:sz="8" w:space="0" w:color="906729" w:themeColor="accent4"/>
          <w:right w:val="single" w:sz="8" w:space="0" w:color="906729" w:themeColor="accent4"/>
          <w:insideV w:val="single" w:sz="8" w:space="0" w:color="906729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39E58" w:themeColor="accent5"/>
        <w:left w:val="single" w:sz="8" w:space="0" w:color="C39E58" w:themeColor="accent5"/>
        <w:bottom w:val="single" w:sz="8" w:space="0" w:color="C39E58" w:themeColor="accent5"/>
        <w:right w:val="single" w:sz="8" w:space="0" w:color="C39E58" w:themeColor="accent5"/>
        <w:insideH w:val="single" w:sz="8" w:space="0" w:color="C39E58" w:themeColor="accent5"/>
        <w:insideV w:val="single" w:sz="8" w:space="0" w:color="C39E58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18" w:space="0" w:color="C39E58" w:themeColor="accent5"/>
          <w:right w:val="single" w:sz="8" w:space="0" w:color="C39E58" w:themeColor="accent5"/>
          <w:insideH w:val="nil"/>
          <w:insideV w:val="single" w:sz="8" w:space="0" w:color="C39E58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  <w:insideH w:val="nil"/>
          <w:insideV w:val="single" w:sz="8" w:space="0" w:color="C39E58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</w:tcBorders>
      </w:tcPr>
    </w:tblStylePr>
    <w:tblStylePr w:type="band1Vert"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</w:tcBorders>
        <w:shd w:val="clear" w:color="auto" w:fill="F0E6D5" w:themeFill="accent5" w:themeFillTint="3F"/>
      </w:tcPr>
    </w:tblStylePr>
    <w:tblStylePr w:type="band1Horz"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  <w:insideV w:val="single" w:sz="8" w:space="0" w:color="C39E58" w:themeColor="accent5"/>
        </w:tcBorders>
        <w:shd w:val="clear" w:color="auto" w:fill="F0E6D5" w:themeFill="accent5" w:themeFillTint="3F"/>
      </w:tcPr>
    </w:tblStylePr>
    <w:tblStylePr w:type="band2Horz">
      <w:tblPr/>
      <w:tcPr>
        <w:tcBorders>
          <w:top w:val="single" w:sz="8" w:space="0" w:color="C39E58" w:themeColor="accent5"/>
          <w:left w:val="single" w:sz="8" w:space="0" w:color="C39E58" w:themeColor="accent5"/>
          <w:bottom w:val="single" w:sz="8" w:space="0" w:color="C39E58" w:themeColor="accent5"/>
          <w:right w:val="single" w:sz="8" w:space="0" w:color="C39E58" w:themeColor="accent5"/>
          <w:insideV w:val="single" w:sz="8" w:space="0" w:color="C39E58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6729" w:themeColor="accent6"/>
        <w:left w:val="single" w:sz="8" w:space="0" w:color="906729" w:themeColor="accent6"/>
        <w:bottom w:val="single" w:sz="8" w:space="0" w:color="906729" w:themeColor="accent6"/>
        <w:right w:val="single" w:sz="8" w:space="0" w:color="906729" w:themeColor="accent6"/>
        <w:insideH w:val="single" w:sz="8" w:space="0" w:color="906729" w:themeColor="accent6"/>
        <w:insideV w:val="single" w:sz="8" w:space="0" w:color="90672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18" w:space="0" w:color="906729" w:themeColor="accent6"/>
          <w:right w:val="single" w:sz="8" w:space="0" w:color="906729" w:themeColor="accent6"/>
          <w:insideH w:val="nil"/>
          <w:insideV w:val="single" w:sz="8" w:space="0" w:color="90672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  <w:insideH w:val="nil"/>
          <w:insideV w:val="single" w:sz="8" w:space="0" w:color="90672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</w:tcBorders>
      </w:tcPr>
    </w:tblStylePr>
    <w:tblStylePr w:type="band1Vert"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</w:tcBorders>
        <w:shd w:val="clear" w:color="auto" w:fill="EDDBC0" w:themeFill="accent6" w:themeFillTint="3F"/>
      </w:tcPr>
    </w:tblStylePr>
    <w:tblStylePr w:type="band1Horz"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  <w:insideV w:val="single" w:sz="8" w:space="0" w:color="906729" w:themeColor="accent6"/>
        </w:tcBorders>
        <w:shd w:val="clear" w:color="auto" w:fill="EDDBC0" w:themeFill="accent6" w:themeFillTint="3F"/>
      </w:tcPr>
    </w:tblStylePr>
    <w:tblStylePr w:type="band2Horz">
      <w:tblPr/>
      <w:tcPr>
        <w:tcBorders>
          <w:top w:val="single" w:sz="8" w:space="0" w:color="906729" w:themeColor="accent6"/>
          <w:left w:val="single" w:sz="8" w:space="0" w:color="906729" w:themeColor="accent6"/>
          <w:bottom w:val="single" w:sz="8" w:space="0" w:color="906729" w:themeColor="accent6"/>
          <w:right w:val="single" w:sz="8" w:space="0" w:color="906729" w:themeColor="accent6"/>
          <w:insideV w:val="single" w:sz="8" w:space="0" w:color="906729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2B581" w:themeColor="accent1" w:themeTint="BF"/>
        <w:left w:val="single" w:sz="8" w:space="0" w:color="D2B581" w:themeColor="accent1" w:themeTint="BF"/>
        <w:bottom w:val="single" w:sz="8" w:space="0" w:color="D2B581" w:themeColor="accent1" w:themeTint="BF"/>
        <w:right w:val="single" w:sz="8" w:space="0" w:color="D2B581" w:themeColor="accent1" w:themeTint="BF"/>
        <w:insideH w:val="single" w:sz="8" w:space="0" w:color="D2B58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B581" w:themeColor="accent1" w:themeTint="BF"/>
          <w:left w:val="single" w:sz="8" w:space="0" w:color="D2B581" w:themeColor="accent1" w:themeTint="BF"/>
          <w:bottom w:val="single" w:sz="8" w:space="0" w:color="D2B581" w:themeColor="accent1" w:themeTint="BF"/>
          <w:right w:val="single" w:sz="8" w:space="0" w:color="D2B581" w:themeColor="accent1" w:themeTint="BF"/>
          <w:insideH w:val="nil"/>
          <w:insideV w:val="nil"/>
        </w:tcBorders>
        <w:shd w:val="clear" w:color="auto" w:fill="C39E5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B581" w:themeColor="accent1" w:themeTint="BF"/>
          <w:left w:val="single" w:sz="8" w:space="0" w:color="D2B581" w:themeColor="accent1" w:themeTint="BF"/>
          <w:bottom w:val="single" w:sz="8" w:space="0" w:color="D2B581" w:themeColor="accent1" w:themeTint="BF"/>
          <w:right w:val="single" w:sz="8" w:space="0" w:color="D2B58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6D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6D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99241" w:themeColor="accent2" w:themeTint="BF"/>
        <w:left w:val="single" w:sz="8" w:space="0" w:color="C99241" w:themeColor="accent2" w:themeTint="BF"/>
        <w:bottom w:val="single" w:sz="8" w:space="0" w:color="C99241" w:themeColor="accent2" w:themeTint="BF"/>
        <w:right w:val="single" w:sz="8" w:space="0" w:color="C99241" w:themeColor="accent2" w:themeTint="BF"/>
        <w:insideH w:val="single" w:sz="8" w:space="0" w:color="C99241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99241" w:themeColor="accent2" w:themeTint="BF"/>
          <w:left w:val="single" w:sz="8" w:space="0" w:color="C99241" w:themeColor="accent2" w:themeTint="BF"/>
          <w:bottom w:val="single" w:sz="8" w:space="0" w:color="C99241" w:themeColor="accent2" w:themeTint="BF"/>
          <w:right w:val="single" w:sz="8" w:space="0" w:color="C99241" w:themeColor="accent2" w:themeTint="BF"/>
          <w:insideH w:val="nil"/>
          <w:insideV w:val="nil"/>
        </w:tcBorders>
        <w:shd w:val="clear" w:color="auto" w:fill="90672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99241" w:themeColor="accent2" w:themeTint="BF"/>
          <w:left w:val="single" w:sz="8" w:space="0" w:color="C99241" w:themeColor="accent2" w:themeTint="BF"/>
          <w:bottom w:val="single" w:sz="8" w:space="0" w:color="C99241" w:themeColor="accent2" w:themeTint="BF"/>
          <w:right w:val="single" w:sz="8" w:space="0" w:color="C99241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BC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DBC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2B581" w:themeColor="accent3" w:themeTint="BF"/>
        <w:left w:val="single" w:sz="8" w:space="0" w:color="D2B581" w:themeColor="accent3" w:themeTint="BF"/>
        <w:bottom w:val="single" w:sz="8" w:space="0" w:color="D2B581" w:themeColor="accent3" w:themeTint="BF"/>
        <w:right w:val="single" w:sz="8" w:space="0" w:color="D2B581" w:themeColor="accent3" w:themeTint="BF"/>
        <w:insideH w:val="single" w:sz="8" w:space="0" w:color="D2B58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B581" w:themeColor="accent3" w:themeTint="BF"/>
          <w:left w:val="single" w:sz="8" w:space="0" w:color="D2B581" w:themeColor="accent3" w:themeTint="BF"/>
          <w:bottom w:val="single" w:sz="8" w:space="0" w:color="D2B581" w:themeColor="accent3" w:themeTint="BF"/>
          <w:right w:val="single" w:sz="8" w:space="0" w:color="D2B581" w:themeColor="accent3" w:themeTint="BF"/>
          <w:insideH w:val="nil"/>
          <w:insideV w:val="nil"/>
        </w:tcBorders>
        <w:shd w:val="clear" w:color="auto" w:fill="C39E5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B581" w:themeColor="accent3" w:themeTint="BF"/>
          <w:left w:val="single" w:sz="8" w:space="0" w:color="D2B581" w:themeColor="accent3" w:themeTint="BF"/>
          <w:bottom w:val="single" w:sz="8" w:space="0" w:color="D2B581" w:themeColor="accent3" w:themeTint="BF"/>
          <w:right w:val="single" w:sz="8" w:space="0" w:color="D2B58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6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6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99241" w:themeColor="accent4" w:themeTint="BF"/>
        <w:left w:val="single" w:sz="8" w:space="0" w:color="C99241" w:themeColor="accent4" w:themeTint="BF"/>
        <w:bottom w:val="single" w:sz="8" w:space="0" w:color="C99241" w:themeColor="accent4" w:themeTint="BF"/>
        <w:right w:val="single" w:sz="8" w:space="0" w:color="C99241" w:themeColor="accent4" w:themeTint="BF"/>
        <w:insideH w:val="single" w:sz="8" w:space="0" w:color="C9924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99241" w:themeColor="accent4" w:themeTint="BF"/>
          <w:left w:val="single" w:sz="8" w:space="0" w:color="C99241" w:themeColor="accent4" w:themeTint="BF"/>
          <w:bottom w:val="single" w:sz="8" w:space="0" w:color="C99241" w:themeColor="accent4" w:themeTint="BF"/>
          <w:right w:val="single" w:sz="8" w:space="0" w:color="C99241" w:themeColor="accent4" w:themeTint="BF"/>
          <w:insideH w:val="nil"/>
          <w:insideV w:val="nil"/>
        </w:tcBorders>
        <w:shd w:val="clear" w:color="auto" w:fill="90672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99241" w:themeColor="accent4" w:themeTint="BF"/>
          <w:left w:val="single" w:sz="8" w:space="0" w:color="C99241" w:themeColor="accent4" w:themeTint="BF"/>
          <w:bottom w:val="single" w:sz="8" w:space="0" w:color="C99241" w:themeColor="accent4" w:themeTint="BF"/>
          <w:right w:val="single" w:sz="8" w:space="0" w:color="C9924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B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DB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2B581" w:themeColor="accent5" w:themeTint="BF"/>
        <w:left w:val="single" w:sz="8" w:space="0" w:color="D2B581" w:themeColor="accent5" w:themeTint="BF"/>
        <w:bottom w:val="single" w:sz="8" w:space="0" w:color="D2B581" w:themeColor="accent5" w:themeTint="BF"/>
        <w:right w:val="single" w:sz="8" w:space="0" w:color="D2B581" w:themeColor="accent5" w:themeTint="BF"/>
        <w:insideH w:val="single" w:sz="8" w:space="0" w:color="D2B581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B581" w:themeColor="accent5" w:themeTint="BF"/>
          <w:left w:val="single" w:sz="8" w:space="0" w:color="D2B581" w:themeColor="accent5" w:themeTint="BF"/>
          <w:bottom w:val="single" w:sz="8" w:space="0" w:color="D2B581" w:themeColor="accent5" w:themeTint="BF"/>
          <w:right w:val="single" w:sz="8" w:space="0" w:color="D2B581" w:themeColor="accent5" w:themeTint="BF"/>
          <w:insideH w:val="nil"/>
          <w:insideV w:val="nil"/>
        </w:tcBorders>
        <w:shd w:val="clear" w:color="auto" w:fill="C39E5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B581" w:themeColor="accent5" w:themeTint="BF"/>
          <w:left w:val="single" w:sz="8" w:space="0" w:color="D2B581" w:themeColor="accent5" w:themeTint="BF"/>
          <w:bottom w:val="single" w:sz="8" w:space="0" w:color="D2B581" w:themeColor="accent5" w:themeTint="BF"/>
          <w:right w:val="single" w:sz="8" w:space="0" w:color="D2B58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6D5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6D5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99241" w:themeColor="accent6" w:themeTint="BF"/>
        <w:left w:val="single" w:sz="8" w:space="0" w:color="C99241" w:themeColor="accent6" w:themeTint="BF"/>
        <w:bottom w:val="single" w:sz="8" w:space="0" w:color="C99241" w:themeColor="accent6" w:themeTint="BF"/>
        <w:right w:val="single" w:sz="8" w:space="0" w:color="C99241" w:themeColor="accent6" w:themeTint="BF"/>
        <w:insideH w:val="single" w:sz="8" w:space="0" w:color="C9924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99241" w:themeColor="accent6" w:themeTint="BF"/>
          <w:left w:val="single" w:sz="8" w:space="0" w:color="C99241" w:themeColor="accent6" w:themeTint="BF"/>
          <w:bottom w:val="single" w:sz="8" w:space="0" w:color="C99241" w:themeColor="accent6" w:themeTint="BF"/>
          <w:right w:val="single" w:sz="8" w:space="0" w:color="C99241" w:themeColor="accent6" w:themeTint="BF"/>
          <w:insideH w:val="nil"/>
          <w:insideV w:val="nil"/>
        </w:tcBorders>
        <w:shd w:val="clear" w:color="auto" w:fill="90672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99241" w:themeColor="accent6" w:themeTint="BF"/>
          <w:left w:val="single" w:sz="8" w:space="0" w:color="C99241" w:themeColor="accent6" w:themeTint="BF"/>
          <w:bottom w:val="single" w:sz="8" w:space="0" w:color="C99241" w:themeColor="accent6" w:themeTint="BF"/>
          <w:right w:val="single" w:sz="8" w:space="0" w:color="C9924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BC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DBC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E5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E5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9E5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672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672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672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E58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E5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9E58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672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672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672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E5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E5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9E5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672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672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672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9E58" w:themeColor="accent1"/>
        <w:bottom w:val="single" w:sz="8" w:space="0" w:color="C39E5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9E58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C39E58" w:themeColor="accent1"/>
          <w:bottom w:val="single" w:sz="8" w:space="0" w:color="C39E5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9E58" w:themeColor="accent1"/>
          <w:bottom w:val="single" w:sz="8" w:space="0" w:color="C39E58" w:themeColor="accent1"/>
        </w:tcBorders>
      </w:tcPr>
    </w:tblStylePr>
    <w:tblStylePr w:type="band1Vert">
      <w:tblPr/>
      <w:tcPr>
        <w:shd w:val="clear" w:color="auto" w:fill="F0E6D5" w:themeFill="accent1" w:themeFillTint="3F"/>
      </w:tcPr>
    </w:tblStylePr>
    <w:tblStylePr w:type="band1Horz">
      <w:tblPr/>
      <w:tcPr>
        <w:shd w:val="clear" w:color="auto" w:fill="F0E6D5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06729" w:themeColor="accent2"/>
        <w:bottom w:val="single" w:sz="8" w:space="0" w:color="90672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6729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906729" w:themeColor="accent2"/>
          <w:bottom w:val="single" w:sz="8" w:space="0" w:color="90672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6729" w:themeColor="accent2"/>
          <w:bottom w:val="single" w:sz="8" w:space="0" w:color="906729" w:themeColor="accent2"/>
        </w:tcBorders>
      </w:tcPr>
    </w:tblStylePr>
    <w:tblStylePr w:type="band1Vert">
      <w:tblPr/>
      <w:tcPr>
        <w:shd w:val="clear" w:color="auto" w:fill="EDDBC0" w:themeFill="accent2" w:themeFillTint="3F"/>
      </w:tcPr>
    </w:tblStylePr>
    <w:tblStylePr w:type="band1Horz">
      <w:tblPr/>
      <w:tcPr>
        <w:shd w:val="clear" w:color="auto" w:fill="EDDBC0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9E58" w:themeColor="accent3"/>
        <w:bottom w:val="single" w:sz="8" w:space="0" w:color="C39E58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9E58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C39E58" w:themeColor="accent3"/>
          <w:bottom w:val="single" w:sz="8" w:space="0" w:color="C39E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9E58" w:themeColor="accent3"/>
          <w:bottom w:val="single" w:sz="8" w:space="0" w:color="C39E58" w:themeColor="accent3"/>
        </w:tcBorders>
      </w:tcPr>
    </w:tblStylePr>
    <w:tblStylePr w:type="band1Vert">
      <w:tblPr/>
      <w:tcPr>
        <w:shd w:val="clear" w:color="auto" w:fill="F0E6D5" w:themeFill="accent3" w:themeFillTint="3F"/>
      </w:tcPr>
    </w:tblStylePr>
    <w:tblStylePr w:type="band1Horz">
      <w:tblPr/>
      <w:tcPr>
        <w:shd w:val="clear" w:color="auto" w:fill="F0E6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06729" w:themeColor="accent4"/>
        <w:bottom w:val="single" w:sz="8" w:space="0" w:color="90672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6729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906729" w:themeColor="accent4"/>
          <w:bottom w:val="single" w:sz="8" w:space="0" w:color="90672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6729" w:themeColor="accent4"/>
          <w:bottom w:val="single" w:sz="8" w:space="0" w:color="906729" w:themeColor="accent4"/>
        </w:tcBorders>
      </w:tcPr>
    </w:tblStylePr>
    <w:tblStylePr w:type="band1Vert">
      <w:tblPr/>
      <w:tcPr>
        <w:shd w:val="clear" w:color="auto" w:fill="EDDBC0" w:themeFill="accent4" w:themeFillTint="3F"/>
      </w:tcPr>
    </w:tblStylePr>
    <w:tblStylePr w:type="band1Horz">
      <w:tblPr/>
      <w:tcPr>
        <w:shd w:val="clear" w:color="auto" w:fill="EDDBC0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9E58" w:themeColor="accent5"/>
        <w:bottom w:val="single" w:sz="8" w:space="0" w:color="C39E58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9E58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C39E58" w:themeColor="accent5"/>
          <w:bottom w:val="single" w:sz="8" w:space="0" w:color="C39E5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9E58" w:themeColor="accent5"/>
          <w:bottom w:val="single" w:sz="8" w:space="0" w:color="C39E58" w:themeColor="accent5"/>
        </w:tcBorders>
      </w:tcPr>
    </w:tblStylePr>
    <w:tblStylePr w:type="band1Vert">
      <w:tblPr/>
      <w:tcPr>
        <w:shd w:val="clear" w:color="auto" w:fill="F0E6D5" w:themeFill="accent5" w:themeFillTint="3F"/>
      </w:tcPr>
    </w:tblStylePr>
    <w:tblStylePr w:type="band1Horz">
      <w:tblPr/>
      <w:tcPr>
        <w:shd w:val="clear" w:color="auto" w:fill="F0E6D5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06729" w:themeColor="accent6"/>
        <w:bottom w:val="single" w:sz="8" w:space="0" w:color="90672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6729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906729" w:themeColor="accent6"/>
          <w:bottom w:val="single" w:sz="8" w:space="0" w:color="9067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6729" w:themeColor="accent6"/>
          <w:bottom w:val="single" w:sz="8" w:space="0" w:color="906729" w:themeColor="accent6"/>
        </w:tcBorders>
      </w:tcPr>
    </w:tblStylePr>
    <w:tblStylePr w:type="band1Vert">
      <w:tblPr/>
      <w:tcPr>
        <w:shd w:val="clear" w:color="auto" w:fill="EDDBC0" w:themeFill="accent6" w:themeFillTint="3F"/>
      </w:tcPr>
    </w:tblStylePr>
    <w:tblStylePr w:type="band1Horz">
      <w:tblPr/>
      <w:tcPr>
        <w:shd w:val="clear" w:color="auto" w:fill="EDDBC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E58" w:themeColor="accent1"/>
        <w:left w:val="single" w:sz="8" w:space="0" w:color="C39E58" w:themeColor="accent1"/>
        <w:bottom w:val="single" w:sz="8" w:space="0" w:color="C39E58" w:themeColor="accent1"/>
        <w:right w:val="single" w:sz="8" w:space="0" w:color="C39E5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9E5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39E58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9E5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9E5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6D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06729" w:themeColor="accent2"/>
        <w:left w:val="single" w:sz="8" w:space="0" w:color="906729" w:themeColor="accent2"/>
        <w:bottom w:val="single" w:sz="8" w:space="0" w:color="906729" w:themeColor="accent2"/>
        <w:right w:val="single" w:sz="8" w:space="0" w:color="90672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672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0672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672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672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DBC0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E58" w:themeColor="accent3"/>
        <w:left w:val="single" w:sz="8" w:space="0" w:color="C39E58" w:themeColor="accent3"/>
        <w:bottom w:val="single" w:sz="8" w:space="0" w:color="C39E58" w:themeColor="accent3"/>
        <w:right w:val="single" w:sz="8" w:space="0" w:color="C39E58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9E5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39E58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9E58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9E58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6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06729" w:themeColor="accent4"/>
        <w:left w:val="single" w:sz="8" w:space="0" w:color="906729" w:themeColor="accent4"/>
        <w:bottom w:val="single" w:sz="8" w:space="0" w:color="906729" w:themeColor="accent4"/>
        <w:right w:val="single" w:sz="8" w:space="0" w:color="90672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672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06729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672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672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DB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E58" w:themeColor="accent5"/>
        <w:left w:val="single" w:sz="8" w:space="0" w:color="C39E58" w:themeColor="accent5"/>
        <w:bottom w:val="single" w:sz="8" w:space="0" w:color="C39E58" w:themeColor="accent5"/>
        <w:right w:val="single" w:sz="8" w:space="0" w:color="C39E58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9E5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39E58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9E58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9E58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6D5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6D5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06729" w:themeColor="accent6"/>
        <w:left w:val="single" w:sz="8" w:space="0" w:color="906729" w:themeColor="accent6"/>
        <w:bottom w:val="single" w:sz="8" w:space="0" w:color="906729" w:themeColor="accent6"/>
        <w:right w:val="single" w:sz="8" w:space="0" w:color="90672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672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06729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672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672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DBC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DBC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2B581" w:themeColor="accent1" w:themeTint="BF"/>
        <w:left w:val="single" w:sz="8" w:space="0" w:color="D2B581" w:themeColor="accent1" w:themeTint="BF"/>
        <w:bottom w:val="single" w:sz="8" w:space="0" w:color="D2B581" w:themeColor="accent1" w:themeTint="BF"/>
        <w:right w:val="single" w:sz="8" w:space="0" w:color="D2B581" w:themeColor="accent1" w:themeTint="BF"/>
        <w:insideH w:val="single" w:sz="8" w:space="0" w:color="D2B581" w:themeColor="accent1" w:themeTint="BF"/>
        <w:insideV w:val="single" w:sz="8" w:space="0" w:color="D2B581" w:themeColor="accent1" w:themeTint="BF"/>
      </w:tblBorders>
    </w:tblPr>
    <w:tcPr>
      <w:shd w:val="clear" w:color="auto" w:fill="F0E6D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B581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EAB" w:themeFill="accent1" w:themeFillTint="7F"/>
      </w:tcPr>
    </w:tblStylePr>
    <w:tblStylePr w:type="band1Horz">
      <w:tblPr/>
      <w:tcPr>
        <w:shd w:val="clear" w:color="auto" w:fill="E1CEAB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99241" w:themeColor="accent2" w:themeTint="BF"/>
        <w:left w:val="single" w:sz="8" w:space="0" w:color="C99241" w:themeColor="accent2" w:themeTint="BF"/>
        <w:bottom w:val="single" w:sz="8" w:space="0" w:color="C99241" w:themeColor="accent2" w:themeTint="BF"/>
        <w:right w:val="single" w:sz="8" w:space="0" w:color="C99241" w:themeColor="accent2" w:themeTint="BF"/>
        <w:insideH w:val="single" w:sz="8" w:space="0" w:color="C99241" w:themeColor="accent2" w:themeTint="BF"/>
        <w:insideV w:val="single" w:sz="8" w:space="0" w:color="C99241" w:themeColor="accent2" w:themeTint="BF"/>
      </w:tblBorders>
    </w:tblPr>
    <w:tcPr>
      <w:shd w:val="clear" w:color="auto" w:fill="EDDBC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99241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B780" w:themeFill="accent2" w:themeFillTint="7F"/>
      </w:tcPr>
    </w:tblStylePr>
    <w:tblStylePr w:type="band1Horz">
      <w:tblPr/>
      <w:tcPr>
        <w:shd w:val="clear" w:color="auto" w:fill="DBB780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2B581" w:themeColor="accent3" w:themeTint="BF"/>
        <w:left w:val="single" w:sz="8" w:space="0" w:color="D2B581" w:themeColor="accent3" w:themeTint="BF"/>
        <w:bottom w:val="single" w:sz="8" w:space="0" w:color="D2B581" w:themeColor="accent3" w:themeTint="BF"/>
        <w:right w:val="single" w:sz="8" w:space="0" w:color="D2B581" w:themeColor="accent3" w:themeTint="BF"/>
        <w:insideH w:val="single" w:sz="8" w:space="0" w:color="D2B581" w:themeColor="accent3" w:themeTint="BF"/>
        <w:insideV w:val="single" w:sz="8" w:space="0" w:color="D2B581" w:themeColor="accent3" w:themeTint="BF"/>
      </w:tblBorders>
    </w:tblPr>
    <w:tcPr>
      <w:shd w:val="clear" w:color="auto" w:fill="F0E6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B58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EAB" w:themeFill="accent3" w:themeFillTint="7F"/>
      </w:tcPr>
    </w:tblStylePr>
    <w:tblStylePr w:type="band1Horz">
      <w:tblPr/>
      <w:tcPr>
        <w:shd w:val="clear" w:color="auto" w:fill="E1CEAB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99241" w:themeColor="accent4" w:themeTint="BF"/>
        <w:left w:val="single" w:sz="8" w:space="0" w:color="C99241" w:themeColor="accent4" w:themeTint="BF"/>
        <w:bottom w:val="single" w:sz="8" w:space="0" w:color="C99241" w:themeColor="accent4" w:themeTint="BF"/>
        <w:right w:val="single" w:sz="8" w:space="0" w:color="C99241" w:themeColor="accent4" w:themeTint="BF"/>
        <w:insideH w:val="single" w:sz="8" w:space="0" w:color="C99241" w:themeColor="accent4" w:themeTint="BF"/>
        <w:insideV w:val="single" w:sz="8" w:space="0" w:color="C99241" w:themeColor="accent4" w:themeTint="BF"/>
      </w:tblBorders>
    </w:tblPr>
    <w:tcPr>
      <w:shd w:val="clear" w:color="auto" w:fill="EDDB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9924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B780" w:themeFill="accent4" w:themeFillTint="7F"/>
      </w:tcPr>
    </w:tblStylePr>
    <w:tblStylePr w:type="band1Horz">
      <w:tblPr/>
      <w:tcPr>
        <w:shd w:val="clear" w:color="auto" w:fill="DBB78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2B581" w:themeColor="accent5" w:themeTint="BF"/>
        <w:left w:val="single" w:sz="8" w:space="0" w:color="D2B581" w:themeColor="accent5" w:themeTint="BF"/>
        <w:bottom w:val="single" w:sz="8" w:space="0" w:color="D2B581" w:themeColor="accent5" w:themeTint="BF"/>
        <w:right w:val="single" w:sz="8" w:space="0" w:color="D2B581" w:themeColor="accent5" w:themeTint="BF"/>
        <w:insideH w:val="single" w:sz="8" w:space="0" w:color="D2B581" w:themeColor="accent5" w:themeTint="BF"/>
        <w:insideV w:val="single" w:sz="8" w:space="0" w:color="D2B581" w:themeColor="accent5" w:themeTint="BF"/>
      </w:tblBorders>
    </w:tblPr>
    <w:tcPr>
      <w:shd w:val="clear" w:color="auto" w:fill="F0E6D5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B58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EAB" w:themeFill="accent5" w:themeFillTint="7F"/>
      </w:tcPr>
    </w:tblStylePr>
    <w:tblStylePr w:type="band1Horz">
      <w:tblPr/>
      <w:tcPr>
        <w:shd w:val="clear" w:color="auto" w:fill="E1CEAB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99241" w:themeColor="accent6" w:themeTint="BF"/>
        <w:left w:val="single" w:sz="8" w:space="0" w:color="C99241" w:themeColor="accent6" w:themeTint="BF"/>
        <w:bottom w:val="single" w:sz="8" w:space="0" w:color="C99241" w:themeColor="accent6" w:themeTint="BF"/>
        <w:right w:val="single" w:sz="8" w:space="0" w:color="C99241" w:themeColor="accent6" w:themeTint="BF"/>
        <w:insideH w:val="single" w:sz="8" w:space="0" w:color="C99241" w:themeColor="accent6" w:themeTint="BF"/>
        <w:insideV w:val="single" w:sz="8" w:space="0" w:color="C99241" w:themeColor="accent6" w:themeTint="BF"/>
      </w:tblBorders>
    </w:tblPr>
    <w:tcPr>
      <w:shd w:val="clear" w:color="auto" w:fill="EDDBC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9924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B780" w:themeFill="accent6" w:themeFillTint="7F"/>
      </w:tcPr>
    </w:tblStylePr>
    <w:tblStylePr w:type="band1Horz">
      <w:tblPr/>
      <w:tcPr>
        <w:shd w:val="clear" w:color="auto" w:fill="DBB78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E58" w:themeColor="accent1"/>
        <w:left w:val="single" w:sz="8" w:space="0" w:color="C39E58" w:themeColor="accent1"/>
        <w:bottom w:val="single" w:sz="8" w:space="0" w:color="C39E58" w:themeColor="accent1"/>
        <w:right w:val="single" w:sz="8" w:space="0" w:color="C39E58" w:themeColor="accent1"/>
        <w:insideH w:val="single" w:sz="8" w:space="0" w:color="C39E58" w:themeColor="accent1"/>
        <w:insideV w:val="single" w:sz="8" w:space="0" w:color="C39E58" w:themeColor="accent1"/>
      </w:tblBorders>
    </w:tblPr>
    <w:tcPr>
      <w:shd w:val="clear" w:color="auto" w:fill="F0E6D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9F5EE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BDD" w:themeFill="accent1" w:themeFillTint="33"/>
      </w:tcPr>
    </w:tblStylePr>
    <w:tblStylePr w:type="band1Vert">
      <w:tblPr/>
      <w:tcPr>
        <w:shd w:val="clear" w:color="auto" w:fill="E1CEAB" w:themeFill="accent1" w:themeFillTint="7F"/>
      </w:tcPr>
    </w:tblStylePr>
    <w:tblStylePr w:type="band1Horz">
      <w:tblPr/>
      <w:tcPr>
        <w:tcBorders>
          <w:insideH w:val="single" w:sz="6" w:space="0" w:color="C39E58" w:themeColor="accent1"/>
          <w:insideV w:val="single" w:sz="6" w:space="0" w:color="C39E58" w:themeColor="accent1"/>
        </w:tcBorders>
        <w:shd w:val="clear" w:color="auto" w:fill="E1CEA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06729" w:themeColor="accent2"/>
        <w:left w:val="single" w:sz="8" w:space="0" w:color="906729" w:themeColor="accent2"/>
        <w:bottom w:val="single" w:sz="8" w:space="0" w:color="906729" w:themeColor="accent2"/>
        <w:right w:val="single" w:sz="8" w:space="0" w:color="906729" w:themeColor="accent2"/>
        <w:insideH w:val="single" w:sz="8" w:space="0" w:color="906729" w:themeColor="accent2"/>
        <w:insideV w:val="single" w:sz="8" w:space="0" w:color="906729" w:themeColor="accent2"/>
      </w:tblBorders>
    </w:tblPr>
    <w:tcPr>
      <w:shd w:val="clear" w:color="auto" w:fill="EDDBC0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0E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2CC" w:themeFill="accent2" w:themeFillTint="33"/>
      </w:tcPr>
    </w:tblStylePr>
    <w:tblStylePr w:type="band1Vert">
      <w:tblPr/>
      <w:tcPr>
        <w:shd w:val="clear" w:color="auto" w:fill="DBB780" w:themeFill="accent2" w:themeFillTint="7F"/>
      </w:tcPr>
    </w:tblStylePr>
    <w:tblStylePr w:type="band1Horz">
      <w:tblPr/>
      <w:tcPr>
        <w:tcBorders>
          <w:insideH w:val="single" w:sz="6" w:space="0" w:color="906729" w:themeColor="accent2"/>
          <w:insideV w:val="single" w:sz="6" w:space="0" w:color="906729" w:themeColor="accent2"/>
        </w:tcBorders>
        <w:shd w:val="clear" w:color="auto" w:fill="DBB780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E58" w:themeColor="accent3"/>
        <w:left w:val="single" w:sz="8" w:space="0" w:color="C39E58" w:themeColor="accent3"/>
        <w:bottom w:val="single" w:sz="8" w:space="0" w:color="C39E58" w:themeColor="accent3"/>
        <w:right w:val="single" w:sz="8" w:space="0" w:color="C39E58" w:themeColor="accent3"/>
        <w:insideH w:val="single" w:sz="8" w:space="0" w:color="C39E58" w:themeColor="accent3"/>
        <w:insideV w:val="single" w:sz="8" w:space="0" w:color="C39E58" w:themeColor="accent3"/>
      </w:tblBorders>
    </w:tblPr>
    <w:tcPr>
      <w:shd w:val="clear" w:color="auto" w:fill="F0E6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5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BDD" w:themeFill="accent3" w:themeFillTint="33"/>
      </w:tcPr>
    </w:tblStylePr>
    <w:tblStylePr w:type="band1Vert">
      <w:tblPr/>
      <w:tcPr>
        <w:shd w:val="clear" w:color="auto" w:fill="E1CEAB" w:themeFill="accent3" w:themeFillTint="7F"/>
      </w:tcPr>
    </w:tblStylePr>
    <w:tblStylePr w:type="band1Horz">
      <w:tblPr/>
      <w:tcPr>
        <w:tcBorders>
          <w:insideH w:val="single" w:sz="6" w:space="0" w:color="C39E58" w:themeColor="accent3"/>
          <w:insideV w:val="single" w:sz="6" w:space="0" w:color="C39E58" w:themeColor="accent3"/>
        </w:tcBorders>
        <w:shd w:val="clear" w:color="auto" w:fill="E1CEA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06729" w:themeColor="accent4"/>
        <w:left w:val="single" w:sz="8" w:space="0" w:color="906729" w:themeColor="accent4"/>
        <w:bottom w:val="single" w:sz="8" w:space="0" w:color="906729" w:themeColor="accent4"/>
        <w:right w:val="single" w:sz="8" w:space="0" w:color="906729" w:themeColor="accent4"/>
        <w:insideH w:val="single" w:sz="8" w:space="0" w:color="906729" w:themeColor="accent4"/>
        <w:insideV w:val="single" w:sz="8" w:space="0" w:color="906729" w:themeColor="accent4"/>
      </w:tblBorders>
    </w:tblPr>
    <w:tcPr>
      <w:shd w:val="clear" w:color="auto" w:fill="EDDB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F0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2CC" w:themeFill="accent4" w:themeFillTint="33"/>
      </w:tcPr>
    </w:tblStylePr>
    <w:tblStylePr w:type="band1Vert">
      <w:tblPr/>
      <w:tcPr>
        <w:shd w:val="clear" w:color="auto" w:fill="DBB780" w:themeFill="accent4" w:themeFillTint="7F"/>
      </w:tcPr>
    </w:tblStylePr>
    <w:tblStylePr w:type="band1Horz">
      <w:tblPr/>
      <w:tcPr>
        <w:tcBorders>
          <w:insideH w:val="single" w:sz="6" w:space="0" w:color="906729" w:themeColor="accent4"/>
          <w:insideV w:val="single" w:sz="6" w:space="0" w:color="906729" w:themeColor="accent4"/>
        </w:tcBorders>
        <w:shd w:val="clear" w:color="auto" w:fill="DBB7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E58" w:themeColor="accent5"/>
        <w:left w:val="single" w:sz="8" w:space="0" w:color="C39E58" w:themeColor="accent5"/>
        <w:bottom w:val="single" w:sz="8" w:space="0" w:color="C39E58" w:themeColor="accent5"/>
        <w:right w:val="single" w:sz="8" w:space="0" w:color="C39E58" w:themeColor="accent5"/>
        <w:insideH w:val="single" w:sz="8" w:space="0" w:color="C39E58" w:themeColor="accent5"/>
        <w:insideV w:val="single" w:sz="8" w:space="0" w:color="C39E58" w:themeColor="accent5"/>
      </w:tblBorders>
    </w:tblPr>
    <w:tcPr>
      <w:shd w:val="clear" w:color="auto" w:fill="F0E6D5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9F5EE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BDD" w:themeFill="accent5" w:themeFillTint="33"/>
      </w:tcPr>
    </w:tblStylePr>
    <w:tblStylePr w:type="band1Vert">
      <w:tblPr/>
      <w:tcPr>
        <w:shd w:val="clear" w:color="auto" w:fill="E1CEAB" w:themeFill="accent5" w:themeFillTint="7F"/>
      </w:tcPr>
    </w:tblStylePr>
    <w:tblStylePr w:type="band1Horz">
      <w:tblPr/>
      <w:tcPr>
        <w:tcBorders>
          <w:insideH w:val="single" w:sz="6" w:space="0" w:color="C39E58" w:themeColor="accent5"/>
          <w:insideV w:val="single" w:sz="6" w:space="0" w:color="C39E58" w:themeColor="accent5"/>
        </w:tcBorders>
        <w:shd w:val="clear" w:color="auto" w:fill="E1CEAB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06729" w:themeColor="accent6"/>
        <w:left w:val="single" w:sz="8" w:space="0" w:color="906729" w:themeColor="accent6"/>
        <w:bottom w:val="single" w:sz="8" w:space="0" w:color="906729" w:themeColor="accent6"/>
        <w:right w:val="single" w:sz="8" w:space="0" w:color="906729" w:themeColor="accent6"/>
        <w:insideH w:val="single" w:sz="8" w:space="0" w:color="906729" w:themeColor="accent6"/>
        <w:insideV w:val="single" w:sz="8" w:space="0" w:color="906729" w:themeColor="accent6"/>
      </w:tblBorders>
    </w:tblPr>
    <w:tcPr>
      <w:shd w:val="clear" w:color="auto" w:fill="EDDBC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8F0E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2CC" w:themeFill="accent6" w:themeFillTint="33"/>
      </w:tcPr>
    </w:tblStylePr>
    <w:tblStylePr w:type="band1Vert">
      <w:tblPr/>
      <w:tcPr>
        <w:shd w:val="clear" w:color="auto" w:fill="DBB780" w:themeFill="accent6" w:themeFillTint="7F"/>
      </w:tcPr>
    </w:tblStylePr>
    <w:tblStylePr w:type="band1Horz">
      <w:tblPr/>
      <w:tcPr>
        <w:tcBorders>
          <w:insideH w:val="single" w:sz="6" w:space="0" w:color="906729" w:themeColor="accent6"/>
          <w:insideV w:val="single" w:sz="6" w:space="0" w:color="906729" w:themeColor="accent6"/>
        </w:tcBorders>
        <w:shd w:val="clear" w:color="auto" w:fill="DBB78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E6D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E5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E5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9E5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9E5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CEA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CEAB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DBC0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672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672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672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672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BB780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BB780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E6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E58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E58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9E58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9E58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CEA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CEAB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DB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672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672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672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672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BB7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BB78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E6D5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E58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E58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9E58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9E58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CEAB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CEAB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DBC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672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672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672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672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BB78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BB78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9E5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5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78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78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8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838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0672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331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B4C1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B4C1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4C1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4C1E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9E58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5025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783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783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83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838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0672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33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B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B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4C1E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9E5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50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78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78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8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838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0672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331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B4C1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B4C1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4C1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4C1E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672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672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6729" w:themeColor="accent2"/>
        <w:left w:val="single" w:sz="4" w:space="0" w:color="C39E58" w:themeColor="accent1"/>
        <w:bottom w:val="single" w:sz="4" w:space="0" w:color="C39E58" w:themeColor="accent1"/>
        <w:right w:val="single" w:sz="4" w:space="0" w:color="C39E5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5EE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672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60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602D" w:themeColor="accent1" w:themeShade="99"/>
          <w:insideV w:val="nil"/>
        </w:tcBorders>
        <w:shd w:val="clear" w:color="auto" w:fill="7C60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602D" w:themeFill="accent1" w:themeFillShade="99"/>
      </w:tcPr>
    </w:tblStylePr>
    <w:tblStylePr w:type="band1Vert">
      <w:tblPr/>
      <w:tcPr>
        <w:shd w:val="clear" w:color="auto" w:fill="E7D7BC" w:themeFill="accent1" w:themeFillTint="66"/>
      </w:tcPr>
    </w:tblStylePr>
    <w:tblStylePr w:type="band1Horz">
      <w:tblPr/>
      <w:tcPr>
        <w:shd w:val="clear" w:color="auto" w:fill="E1CEA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6729" w:themeColor="accent2"/>
        <w:left w:val="single" w:sz="4" w:space="0" w:color="906729" w:themeColor="accent2"/>
        <w:bottom w:val="single" w:sz="4" w:space="0" w:color="906729" w:themeColor="accent2"/>
        <w:right w:val="single" w:sz="4" w:space="0" w:color="90672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0E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672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63D1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63D18" w:themeColor="accent2" w:themeShade="99"/>
          <w:insideV w:val="nil"/>
        </w:tcBorders>
        <w:shd w:val="clear" w:color="auto" w:fill="563D1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3D18" w:themeFill="accent2" w:themeFillShade="99"/>
      </w:tcPr>
    </w:tblStylePr>
    <w:tblStylePr w:type="band1Vert">
      <w:tblPr/>
      <w:tcPr>
        <w:shd w:val="clear" w:color="auto" w:fill="E2C599" w:themeFill="accent2" w:themeFillTint="66"/>
      </w:tcPr>
    </w:tblStylePr>
    <w:tblStylePr w:type="band1Horz">
      <w:tblPr/>
      <w:tcPr>
        <w:shd w:val="clear" w:color="auto" w:fill="DBB78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6729" w:themeColor="accent4"/>
        <w:left w:val="single" w:sz="4" w:space="0" w:color="C39E58" w:themeColor="accent3"/>
        <w:bottom w:val="single" w:sz="4" w:space="0" w:color="C39E58" w:themeColor="accent3"/>
        <w:right w:val="single" w:sz="4" w:space="0" w:color="C39E58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5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672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602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602D" w:themeColor="accent3" w:themeShade="99"/>
          <w:insideV w:val="nil"/>
        </w:tcBorders>
        <w:shd w:val="clear" w:color="auto" w:fill="7C602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602D" w:themeFill="accent3" w:themeFillShade="99"/>
      </w:tcPr>
    </w:tblStylePr>
    <w:tblStylePr w:type="band1Vert">
      <w:tblPr/>
      <w:tcPr>
        <w:shd w:val="clear" w:color="auto" w:fill="E7D7BC" w:themeFill="accent3" w:themeFillTint="66"/>
      </w:tcPr>
    </w:tblStylePr>
    <w:tblStylePr w:type="band1Horz">
      <w:tblPr/>
      <w:tcPr>
        <w:shd w:val="clear" w:color="auto" w:fill="E1CEA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39E58" w:themeColor="accent3"/>
        <w:left w:val="single" w:sz="4" w:space="0" w:color="906729" w:themeColor="accent4"/>
        <w:bottom w:val="single" w:sz="4" w:space="0" w:color="906729" w:themeColor="accent4"/>
        <w:right w:val="single" w:sz="4" w:space="0" w:color="90672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0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39E5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6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63D18" w:themeColor="accent4" w:themeShade="99"/>
          <w:insideV w:val="nil"/>
        </w:tcBorders>
        <w:shd w:val="clear" w:color="auto" w:fill="56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3D18" w:themeFill="accent4" w:themeFillShade="99"/>
      </w:tcPr>
    </w:tblStylePr>
    <w:tblStylePr w:type="band1Vert">
      <w:tblPr/>
      <w:tcPr>
        <w:shd w:val="clear" w:color="auto" w:fill="E2C599" w:themeFill="accent4" w:themeFillTint="66"/>
      </w:tcPr>
    </w:tblStylePr>
    <w:tblStylePr w:type="band1Horz">
      <w:tblPr/>
      <w:tcPr>
        <w:shd w:val="clear" w:color="auto" w:fill="DBB7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6729" w:themeColor="accent6"/>
        <w:left w:val="single" w:sz="4" w:space="0" w:color="C39E58" w:themeColor="accent5"/>
        <w:bottom w:val="single" w:sz="4" w:space="0" w:color="C39E58" w:themeColor="accent5"/>
        <w:right w:val="single" w:sz="4" w:space="0" w:color="C39E58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5EE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672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60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602D" w:themeColor="accent5" w:themeShade="99"/>
          <w:insideV w:val="nil"/>
        </w:tcBorders>
        <w:shd w:val="clear" w:color="auto" w:fill="7C60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602D" w:themeFill="accent5" w:themeFillShade="99"/>
      </w:tcPr>
    </w:tblStylePr>
    <w:tblStylePr w:type="band1Vert">
      <w:tblPr/>
      <w:tcPr>
        <w:shd w:val="clear" w:color="auto" w:fill="E7D7BC" w:themeFill="accent5" w:themeFillTint="66"/>
      </w:tcPr>
    </w:tblStylePr>
    <w:tblStylePr w:type="band1Horz">
      <w:tblPr/>
      <w:tcPr>
        <w:shd w:val="clear" w:color="auto" w:fill="E1CEAB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39E58" w:themeColor="accent5"/>
        <w:left w:val="single" w:sz="4" w:space="0" w:color="906729" w:themeColor="accent6"/>
        <w:bottom w:val="single" w:sz="4" w:space="0" w:color="906729" w:themeColor="accent6"/>
        <w:right w:val="single" w:sz="4" w:space="0" w:color="90672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0E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39E5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63D1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63D18" w:themeColor="accent6" w:themeShade="99"/>
          <w:insideV w:val="nil"/>
        </w:tcBorders>
        <w:shd w:val="clear" w:color="auto" w:fill="563D1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3D18" w:themeFill="accent6" w:themeFillShade="99"/>
      </w:tcPr>
    </w:tblStylePr>
    <w:tblStylePr w:type="band1Vert">
      <w:tblPr/>
      <w:tcPr>
        <w:shd w:val="clear" w:color="auto" w:fill="E2C599" w:themeFill="accent6" w:themeFillTint="66"/>
      </w:tcPr>
    </w:tblStylePr>
    <w:tblStylePr w:type="band1Horz">
      <w:tblPr/>
      <w:tcPr>
        <w:shd w:val="clear" w:color="auto" w:fill="DBB78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35221" w:themeFill="accent2" w:themeFillShade="CC"/>
      </w:tcPr>
    </w:tblStylePr>
    <w:tblStylePr w:type="lastRow">
      <w:rPr>
        <w:b/>
        <w:bCs/>
        <w:color w:val="7352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5EE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35221" w:themeFill="accent2" w:themeFillShade="CC"/>
      </w:tcPr>
    </w:tblStylePr>
    <w:tblStylePr w:type="lastRow">
      <w:rPr>
        <w:b/>
        <w:bCs/>
        <w:color w:val="7352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6D5" w:themeFill="accent1" w:themeFillTint="3F"/>
      </w:tcPr>
    </w:tblStylePr>
    <w:tblStylePr w:type="band1Horz">
      <w:tblPr/>
      <w:tcPr>
        <w:shd w:val="clear" w:color="auto" w:fill="F3EBDD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0E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35221" w:themeFill="accent2" w:themeFillShade="CC"/>
      </w:tcPr>
    </w:tblStylePr>
    <w:tblStylePr w:type="lastRow">
      <w:rPr>
        <w:b/>
        <w:bCs/>
        <w:color w:val="7352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DBC0" w:themeFill="accent2" w:themeFillTint="3F"/>
      </w:tcPr>
    </w:tblStylePr>
    <w:tblStylePr w:type="band1Horz">
      <w:tblPr/>
      <w:tcPr>
        <w:shd w:val="clear" w:color="auto" w:fill="F0E2CC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5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35221" w:themeFill="accent4" w:themeFillShade="CC"/>
      </w:tcPr>
    </w:tblStylePr>
    <w:tblStylePr w:type="lastRow">
      <w:rPr>
        <w:b/>
        <w:bCs/>
        <w:color w:val="73522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6D5" w:themeFill="accent3" w:themeFillTint="3F"/>
      </w:tcPr>
    </w:tblStylePr>
    <w:tblStylePr w:type="band1Horz">
      <w:tblPr/>
      <w:tcPr>
        <w:shd w:val="clear" w:color="auto" w:fill="F3EB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0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813C" w:themeFill="accent3" w:themeFillShade="CC"/>
      </w:tcPr>
    </w:tblStylePr>
    <w:tblStylePr w:type="lastRow">
      <w:rPr>
        <w:b/>
        <w:bCs/>
        <w:color w:val="A6813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DBC0" w:themeFill="accent4" w:themeFillTint="3F"/>
      </w:tcPr>
    </w:tblStylePr>
    <w:tblStylePr w:type="band1Horz">
      <w:tblPr/>
      <w:tcPr>
        <w:shd w:val="clear" w:color="auto" w:fill="F0E2C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5EE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35221" w:themeFill="accent6" w:themeFillShade="CC"/>
      </w:tcPr>
    </w:tblStylePr>
    <w:tblStylePr w:type="lastRow">
      <w:rPr>
        <w:b/>
        <w:bCs/>
        <w:color w:val="73522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6D5" w:themeFill="accent5" w:themeFillTint="3F"/>
      </w:tcPr>
    </w:tblStylePr>
    <w:tblStylePr w:type="band1Horz">
      <w:tblPr/>
      <w:tcPr>
        <w:shd w:val="clear" w:color="auto" w:fill="F3EBDD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0E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813C" w:themeFill="accent5" w:themeFillShade="CC"/>
      </w:tcPr>
    </w:tblStylePr>
    <w:tblStylePr w:type="lastRow">
      <w:rPr>
        <w:b/>
        <w:bCs/>
        <w:color w:val="A681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DBC0" w:themeFill="accent6" w:themeFillTint="3F"/>
      </w:tcPr>
    </w:tblStylePr>
    <w:tblStylePr w:type="band1Horz">
      <w:tblPr/>
      <w:tcPr>
        <w:shd w:val="clear" w:color="auto" w:fill="F0E2CC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EBDD" w:themeFill="accent1" w:themeFillTint="33"/>
    </w:tcPr>
    <w:tblStylePr w:type="firstRow">
      <w:rPr>
        <w:b/>
        <w:bCs/>
      </w:rPr>
      <w:tblPr/>
      <w:tcPr>
        <w:shd w:val="clear" w:color="auto" w:fill="E7D7BC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D7BC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B78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B7838" w:themeFill="accent1" w:themeFillShade="BF"/>
      </w:tcPr>
    </w:tblStylePr>
    <w:tblStylePr w:type="band1Vert">
      <w:tblPr/>
      <w:tcPr>
        <w:shd w:val="clear" w:color="auto" w:fill="E1CEAB" w:themeFill="accent1" w:themeFillTint="7F"/>
      </w:tcPr>
    </w:tblStylePr>
    <w:tblStylePr w:type="band1Horz">
      <w:tblPr/>
      <w:tcPr>
        <w:shd w:val="clear" w:color="auto" w:fill="E1CEAB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E2CC" w:themeFill="accent2" w:themeFillTint="33"/>
    </w:tcPr>
    <w:tblStylePr w:type="firstRow">
      <w:rPr>
        <w:b/>
        <w:bCs/>
      </w:rPr>
      <w:tblPr/>
      <w:tcPr>
        <w:shd w:val="clear" w:color="auto" w:fill="E2C59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2C59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B4C1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B4C1E" w:themeFill="accent2" w:themeFillShade="BF"/>
      </w:tcPr>
    </w:tblStylePr>
    <w:tblStylePr w:type="band1Vert">
      <w:tblPr/>
      <w:tcPr>
        <w:shd w:val="clear" w:color="auto" w:fill="DBB780" w:themeFill="accent2" w:themeFillTint="7F"/>
      </w:tcPr>
    </w:tblStylePr>
    <w:tblStylePr w:type="band1Horz">
      <w:tblPr/>
      <w:tcPr>
        <w:shd w:val="clear" w:color="auto" w:fill="DBB780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EBDD" w:themeFill="accent3" w:themeFillTint="33"/>
    </w:tcPr>
    <w:tblStylePr w:type="firstRow">
      <w:rPr>
        <w:b/>
        <w:bCs/>
      </w:rPr>
      <w:tblPr/>
      <w:tcPr>
        <w:shd w:val="clear" w:color="auto" w:fill="E7D7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D7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B783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B7838" w:themeFill="accent3" w:themeFillShade="BF"/>
      </w:tcPr>
    </w:tblStylePr>
    <w:tblStylePr w:type="band1Vert">
      <w:tblPr/>
      <w:tcPr>
        <w:shd w:val="clear" w:color="auto" w:fill="E1CEAB" w:themeFill="accent3" w:themeFillTint="7F"/>
      </w:tcPr>
    </w:tblStylePr>
    <w:tblStylePr w:type="band1Horz">
      <w:tblPr/>
      <w:tcPr>
        <w:shd w:val="clear" w:color="auto" w:fill="E1CEAB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E2CC" w:themeFill="accent4" w:themeFillTint="33"/>
    </w:tcPr>
    <w:tblStylePr w:type="firstRow">
      <w:rPr>
        <w:b/>
        <w:bCs/>
      </w:rPr>
      <w:tblPr/>
      <w:tcPr>
        <w:shd w:val="clear" w:color="auto" w:fill="E2C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2C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B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B4C1E" w:themeFill="accent4" w:themeFillShade="BF"/>
      </w:tcPr>
    </w:tblStylePr>
    <w:tblStylePr w:type="band1Vert">
      <w:tblPr/>
      <w:tcPr>
        <w:shd w:val="clear" w:color="auto" w:fill="DBB780" w:themeFill="accent4" w:themeFillTint="7F"/>
      </w:tcPr>
    </w:tblStylePr>
    <w:tblStylePr w:type="band1Horz">
      <w:tblPr/>
      <w:tcPr>
        <w:shd w:val="clear" w:color="auto" w:fill="DBB78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EBDD" w:themeFill="accent5" w:themeFillTint="33"/>
    </w:tcPr>
    <w:tblStylePr w:type="firstRow">
      <w:rPr>
        <w:b/>
        <w:bCs/>
      </w:rPr>
      <w:tblPr/>
      <w:tcPr>
        <w:shd w:val="clear" w:color="auto" w:fill="E7D7B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D7B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9B78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9B7838" w:themeFill="accent5" w:themeFillShade="BF"/>
      </w:tcPr>
    </w:tblStylePr>
    <w:tblStylePr w:type="band1Vert">
      <w:tblPr/>
      <w:tcPr>
        <w:shd w:val="clear" w:color="auto" w:fill="E1CEAB" w:themeFill="accent5" w:themeFillTint="7F"/>
      </w:tcPr>
    </w:tblStylePr>
    <w:tblStylePr w:type="band1Horz">
      <w:tblPr/>
      <w:tcPr>
        <w:shd w:val="clear" w:color="auto" w:fill="E1CEAB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E2CC" w:themeFill="accent6" w:themeFillTint="33"/>
    </w:tcPr>
    <w:tblStylePr w:type="firstRow">
      <w:rPr>
        <w:b/>
        <w:bCs/>
      </w:rPr>
      <w:tblPr/>
      <w:tcPr>
        <w:shd w:val="clear" w:color="auto" w:fill="E2C599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2C599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B4C1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B4C1E" w:themeFill="accent6" w:themeFillShade="BF"/>
      </w:tcPr>
    </w:tblStylePr>
    <w:tblStylePr w:type="band1Vert">
      <w:tblPr/>
      <w:tcPr>
        <w:shd w:val="clear" w:color="auto" w:fill="DBB780" w:themeFill="accent6" w:themeFillTint="7F"/>
      </w:tcPr>
    </w:tblStylePr>
    <w:tblStylePr w:type="band1Horz">
      <w:tblPr/>
      <w:tcPr>
        <w:shd w:val="clear" w:color="auto" w:fill="DBB78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14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39E58"/>
      </a:accent1>
      <a:accent2>
        <a:srgbClr val="906729"/>
      </a:accent2>
      <a:accent3>
        <a:srgbClr val="C39E58"/>
      </a:accent3>
      <a:accent4>
        <a:srgbClr val="906729"/>
      </a:accent4>
      <a:accent5>
        <a:srgbClr val="C39E58"/>
      </a:accent5>
      <a:accent6>
        <a:srgbClr val="906729"/>
      </a:accent6>
      <a:hlink>
        <a:srgbClr val="0563C1"/>
      </a:hlink>
      <a:folHlink>
        <a:srgbClr val="954F72"/>
      </a:folHlink>
    </a:clrScheme>
    <a:fontScheme name="Custom 50">
      <a:majorFont>
        <a:latin typeface="Plus Jakarta Sans ExtraBold"/>
        <a:ea typeface=""/>
        <a:cs typeface=""/>
      </a:majorFont>
      <a:minorFont>
        <a:latin typeface="Plus Jakarta Sans Medi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nexgenm</cp:lastModifiedBy>
  <cp:revision>2</cp:revision>
  <dcterms:created xsi:type="dcterms:W3CDTF">2013-12-23T23:15:00Z</dcterms:created>
  <dcterms:modified xsi:type="dcterms:W3CDTF">2025-07-31T19:08:00Z</dcterms:modified>
  <cp:category/>
</cp:coreProperties>
</file>